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CD4" w:rsidRPr="00864F76" w:rsidRDefault="008E0CD4" w:rsidP="008E0CD4">
      <w:pPr>
        <w:jc w:val="center"/>
        <w:rPr>
          <w:rFonts w:ascii="Times New Roman" w:hAnsi="Times New Roman" w:cs="Times New Roman"/>
          <w:b/>
          <w:sz w:val="32"/>
          <w:szCs w:val="32"/>
          <w:u w:val="single"/>
        </w:rPr>
      </w:pPr>
      <w:r w:rsidRPr="00864F76">
        <w:rPr>
          <w:rFonts w:ascii="Times New Roman" w:hAnsi="Times New Roman" w:cs="Times New Roman"/>
          <w:b/>
          <w:sz w:val="32"/>
          <w:szCs w:val="32"/>
          <w:u w:val="single"/>
        </w:rPr>
        <w:t>Sachdeva College of Pharmacy, Gharuan, Mohali</w:t>
      </w:r>
    </w:p>
    <w:p w:rsidR="00FF4034" w:rsidRDefault="008E0CD4" w:rsidP="00001370">
      <w:pPr>
        <w:spacing w:after="0"/>
        <w:rPr>
          <w:rFonts w:ascii="Times New Roman" w:hAnsi="Times New Roman" w:cs="Times New Roman"/>
        </w:rPr>
      </w:pPr>
      <w:r w:rsidRPr="008E0CD4">
        <w:rPr>
          <w:rFonts w:ascii="Times New Roman" w:hAnsi="Times New Roman" w:cs="Times New Roman"/>
          <w:b/>
          <w:sz w:val="32"/>
          <w:szCs w:val="32"/>
        </w:rPr>
        <w:br/>
      </w:r>
      <w:r>
        <w:rPr>
          <w:rFonts w:ascii="Times New Roman" w:hAnsi="Times New Roman" w:cs="Times New Roman"/>
          <w:b/>
        </w:rPr>
        <w:t>ANNUAL SPORTS MEE</w:t>
      </w:r>
      <w:r w:rsidR="00001370">
        <w:rPr>
          <w:rFonts w:ascii="Times New Roman" w:hAnsi="Times New Roman" w:cs="Times New Roman"/>
          <w:b/>
        </w:rPr>
        <w:t>T</w:t>
      </w:r>
      <w:r>
        <w:rPr>
          <w:rFonts w:ascii="Times New Roman" w:hAnsi="Times New Roman" w:cs="Times New Roman"/>
          <w:b/>
        </w:rPr>
        <w:t xml:space="preserve">                                </w:t>
      </w:r>
      <w:r w:rsidR="00001370">
        <w:rPr>
          <w:rFonts w:ascii="Times New Roman" w:hAnsi="Times New Roman" w:cs="Times New Roman"/>
          <w:b/>
        </w:rPr>
        <w:t xml:space="preserve">   </w:t>
      </w:r>
      <w:r>
        <w:rPr>
          <w:rFonts w:ascii="Times New Roman" w:hAnsi="Times New Roman" w:cs="Times New Roman"/>
          <w:b/>
        </w:rPr>
        <w:t xml:space="preserve">                  </w:t>
      </w:r>
      <w:r>
        <w:rPr>
          <w:rFonts w:ascii="Times New Roman" w:hAnsi="Times New Roman" w:cs="Times New Roman"/>
        </w:rPr>
        <w:t xml:space="preserve">                    </w:t>
      </w:r>
      <w:r w:rsidR="00124AD9" w:rsidRPr="008E0CD4">
        <w:rPr>
          <w:rFonts w:ascii="Times New Roman" w:hAnsi="Times New Roman" w:cs="Times New Roman"/>
        </w:rPr>
        <w:t>Date: 13 March 2026</w:t>
      </w:r>
      <w:r w:rsidR="00124AD9" w:rsidRPr="008E0CD4">
        <w:rPr>
          <w:rFonts w:ascii="Times New Roman" w:hAnsi="Times New Roman" w:cs="Times New Roman"/>
        </w:rPr>
        <w:br/>
      </w:r>
      <w:r w:rsidR="00124AD9" w:rsidRPr="008E0CD4">
        <w:rPr>
          <w:rFonts w:ascii="Times New Roman" w:hAnsi="Times New Roman" w:cs="Times New Roman"/>
        </w:rPr>
        <w:br/>
        <w:t>The Annual Sports Meet was successfully organized at Sachdeva College of Pharmacy, Gharuan, Mohali, on 13th March 2026. The event witnessed enthusiastic participation from students of both B.Pharmacy and D.Pharmacy, along with the active involvement of faculty members.</w:t>
      </w:r>
      <w:r w:rsidR="00124AD9" w:rsidRPr="008E0CD4">
        <w:rPr>
          <w:rFonts w:ascii="Times New Roman" w:hAnsi="Times New Roman" w:cs="Times New Roman"/>
        </w:rPr>
        <w:br/>
      </w:r>
      <w:r w:rsidR="00124AD9" w:rsidRPr="008E0CD4">
        <w:rPr>
          <w:rFonts w:ascii="Times New Roman" w:hAnsi="Times New Roman" w:cs="Times New Roman"/>
        </w:rPr>
        <w:br/>
        <w:t>All participants reported at 9:20 AM, demonstrating punctuality and discipline. The event began with a March Past, followed by the National Anthem, expressing unity and respect for the nation.</w:t>
      </w:r>
      <w:r w:rsidR="00124AD9" w:rsidRPr="008E0CD4">
        <w:rPr>
          <w:rFonts w:ascii="Times New Roman" w:hAnsi="Times New Roman" w:cs="Times New Roman"/>
        </w:rPr>
        <w:br/>
      </w:r>
      <w:r w:rsidR="00124AD9" w:rsidRPr="008E0CD4">
        <w:rPr>
          <w:rFonts w:ascii="Times New Roman" w:hAnsi="Times New Roman" w:cs="Times New Roman"/>
        </w:rPr>
        <w:br/>
        <w:t>Various indoor and outdoor games were conducted, including races, football, kho-kho, volleyball, kabaddi, tug of war, shot put, dodgeball, chess, carrom, badminton, and arm wrestling. Proper arrangements for first aid and refreshments were made.</w:t>
      </w:r>
      <w:r w:rsidR="00124AD9" w:rsidRPr="008E0CD4">
        <w:rPr>
          <w:rFonts w:ascii="Times New Roman" w:hAnsi="Times New Roman" w:cs="Times New Roman"/>
        </w:rPr>
        <w:br/>
      </w:r>
    </w:p>
    <w:p w:rsidR="00FF4034" w:rsidRDefault="00FF4034" w:rsidP="00FF4034">
      <w:pPr>
        <w:spacing w:after="0"/>
        <w:jc w:val="center"/>
        <w:rPr>
          <w:rFonts w:ascii="Times New Roman" w:hAnsi="Times New Roman" w:cs="Times New Roman"/>
        </w:rPr>
      </w:pPr>
    </w:p>
    <w:p w:rsidR="00FF4034" w:rsidRDefault="00001370" w:rsidP="00FF4034">
      <w:pPr>
        <w:spacing w:after="0"/>
        <w:jc w:val="center"/>
        <w:rPr>
          <w:rFonts w:ascii="Times New Roman" w:hAnsi="Times New Roman" w:cs="Times New Roman"/>
        </w:rPr>
      </w:pPr>
      <w:r>
        <w:rPr>
          <w:rFonts w:ascii="Times New Roman" w:hAnsi="Times New Roman" w:cs="Times New Roman"/>
          <w:noProof/>
        </w:rPr>
        <w:drawing>
          <wp:anchor distT="0" distB="0" distL="114300" distR="114300" simplePos="0" relativeHeight="251658240" behindDoc="0" locked="0" layoutInCell="1" allowOverlap="1">
            <wp:simplePos x="0" y="0"/>
            <wp:positionH relativeFrom="margin">
              <wp:posOffset>19050</wp:posOffset>
            </wp:positionH>
            <wp:positionV relativeFrom="margin">
              <wp:posOffset>3619500</wp:posOffset>
            </wp:positionV>
            <wp:extent cx="2771775" cy="4105275"/>
            <wp:effectExtent l="19050" t="0" r="9525" b="0"/>
            <wp:wrapSquare wrapText="bothSides"/>
            <wp:docPr id="1" name="Picture 0" descr="20260313_94240AMByGPSMapCam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313_94240AMByGPSMapCamera.jpg"/>
                    <pic:cNvPicPr/>
                  </pic:nvPicPr>
                  <pic:blipFill>
                    <a:blip r:embed="rId8"/>
                    <a:stretch>
                      <a:fillRect/>
                    </a:stretch>
                  </pic:blipFill>
                  <pic:spPr>
                    <a:xfrm>
                      <a:off x="0" y="0"/>
                      <a:ext cx="2771775" cy="4105275"/>
                    </a:xfrm>
                    <a:prstGeom prst="rect">
                      <a:avLst/>
                    </a:prstGeom>
                  </pic:spPr>
                </pic:pic>
              </a:graphicData>
            </a:graphic>
          </wp:anchor>
        </w:drawing>
      </w:r>
      <w:r>
        <w:rPr>
          <w:rFonts w:ascii="Times New Roman" w:hAnsi="Times New Roman" w:cs="Times New Roman"/>
          <w:noProof/>
        </w:rPr>
        <w:drawing>
          <wp:anchor distT="0" distB="0" distL="114300" distR="114300" simplePos="0" relativeHeight="251659264" behindDoc="0" locked="0" layoutInCell="1" allowOverlap="1">
            <wp:simplePos x="0" y="0"/>
            <wp:positionH relativeFrom="margin">
              <wp:posOffset>2790825</wp:posOffset>
            </wp:positionH>
            <wp:positionV relativeFrom="margin">
              <wp:posOffset>3619500</wp:posOffset>
            </wp:positionV>
            <wp:extent cx="2743200" cy="4105275"/>
            <wp:effectExtent l="19050" t="0" r="0" b="0"/>
            <wp:wrapSquare wrapText="bothSides"/>
            <wp:docPr id="2" name="Picture 1" descr="IMG-20260318-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318-WA0003.jpg"/>
                    <pic:cNvPicPr/>
                  </pic:nvPicPr>
                  <pic:blipFill>
                    <a:blip r:embed="rId9"/>
                    <a:stretch>
                      <a:fillRect/>
                    </a:stretch>
                  </pic:blipFill>
                  <pic:spPr>
                    <a:xfrm>
                      <a:off x="0" y="0"/>
                      <a:ext cx="2743200" cy="4105275"/>
                    </a:xfrm>
                    <a:prstGeom prst="rect">
                      <a:avLst/>
                    </a:prstGeom>
                  </pic:spPr>
                </pic:pic>
              </a:graphicData>
            </a:graphic>
          </wp:anchor>
        </w:drawing>
      </w:r>
    </w:p>
    <w:p w:rsidR="00001370" w:rsidRDefault="00001370" w:rsidP="00001370">
      <w:pPr>
        <w:spacing w:after="0"/>
        <w:rPr>
          <w:rFonts w:ascii="Times New Roman" w:hAnsi="Times New Roman" w:cs="Times New Roman"/>
        </w:rPr>
      </w:pPr>
    </w:p>
    <w:p w:rsidR="002D7108" w:rsidRDefault="00124AD9" w:rsidP="00001370">
      <w:pPr>
        <w:spacing w:after="0"/>
        <w:jc w:val="center"/>
        <w:rPr>
          <w:rFonts w:ascii="Times New Roman" w:hAnsi="Times New Roman" w:cs="Times New Roman"/>
        </w:rPr>
      </w:pPr>
      <w:r w:rsidRPr="008E0CD4">
        <w:rPr>
          <w:rFonts w:ascii="Times New Roman" w:hAnsi="Times New Roman" w:cs="Times New Roman"/>
        </w:rPr>
        <w:lastRenderedPageBreak/>
        <w:br/>
      </w:r>
      <w:r w:rsidRPr="00FF4034">
        <w:rPr>
          <w:rFonts w:ascii="Times New Roman" w:hAnsi="Times New Roman" w:cs="Times New Roman"/>
          <w:b/>
          <w:sz w:val="28"/>
        </w:rPr>
        <w:t>RESULTS</w:t>
      </w:r>
      <w:r w:rsidRPr="008E0CD4">
        <w:rPr>
          <w:rFonts w:ascii="Times New Roman" w:hAnsi="Times New Roman" w:cs="Times New Roman"/>
        </w:rPr>
        <w:br/>
      </w:r>
      <w:r w:rsidRPr="008E0CD4">
        <w:rPr>
          <w:rFonts w:ascii="Times New Roman" w:hAnsi="Times New Roman" w:cs="Times New Roman"/>
        </w:rPr>
        <w:br/>
      </w:r>
      <w:r w:rsidRPr="00001370">
        <w:rPr>
          <w:rFonts w:ascii="Times New Roman" w:hAnsi="Times New Roman" w:cs="Times New Roman"/>
          <w:b/>
          <w:sz w:val="28"/>
        </w:rPr>
        <w:t>Track Events</w:t>
      </w:r>
    </w:p>
    <w:p w:rsidR="00295E37" w:rsidRDefault="00124AD9" w:rsidP="00FF4034">
      <w:pPr>
        <w:spacing w:after="0"/>
        <w:jc w:val="center"/>
        <w:rPr>
          <w:rFonts w:ascii="Times New Roman" w:hAnsi="Times New Roman" w:cs="Times New Roman"/>
        </w:rPr>
      </w:pPr>
      <w:r w:rsidRPr="008E0CD4">
        <w:rPr>
          <w:rFonts w:ascii="Times New Roman" w:hAnsi="Times New Roman" w:cs="Times New Roman"/>
        </w:rPr>
        <w:br/>
      </w:r>
      <w:r w:rsidRPr="008E0CD4">
        <w:rPr>
          <w:rFonts w:ascii="Times New Roman" w:hAnsi="Times New Roman" w:cs="Times New Roman"/>
          <w:b/>
        </w:rPr>
        <w:t>Relay Race (Girls):</w:t>
      </w:r>
      <w:r w:rsidR="00B23A06">
        <w:rPr>
          <w:rFonts w:ascii="Times New Roman" w:hAnsi="Times New Roman" w:cs="Times New Roman"/>
        </w:rPr>
        <w:t xml:space="preserve"> 1st </w:t>
      </w:r>
      <w:r w:rsidRPr="008E0CD4">
        <w:rPr>
          <w:rFonts w:ascii="Times New Roman" w:hAnsi="Times New Roman" w:cs="Times New Roman"/>
        </w:rPr>
        <w:t>Ankit</w:t>
      </w:r>
      <w:r w:rsidR="00B23A06">
        <w:rPr>
          <w:rFonts w:ascii="Times New Roman" w:hAnsi="Times New Roman" w:cs="Times New Roman"/>
        </w:rPr>
        <w:t>a, Meenakshi, Diya, Geetanjali  2</w:t>
      </w:r>
      <w:r w:rsidR="00B23A06" w:rsidRPr="00B23A06">
        <w:rPr>
          <w:rFonts w:ascii="Times New Roman" w:hAnsi="Times New Roman" w:cs="Times New Roman"/>
          <w:vertAlign w:val="superscript"/>
        </w:rPr>
        <w:t>nd</w:t>
      </w:r>
      <w:r w:rsidRPr="008E0CD4">
        <w:rPr>
          <w:rFonts w:ascii="Times New Roman" w:hAnsi="Times New Roman" w:cs="Times New Roman"/>
        </w:rPr>
        <w:t xml:space="preserve"> Anjali Negi, Annu, Neha, Payal</w:t>
      </w:r>
    </w:p>
    <w:p w:rsidR="008E0CD4" w:rsidRDefault="008E0CD4" w:rsidP="00FF4034">
      <w:pPr>
        <w:spacing w:after="0"/>
        <w:rPr>
          <w:rFonts w:ascii="Times New Roman" w:hAnsi="Times New Roman" w:cs="Times New Roman"/>
        </w:rPr>
      </w:pPr>
      <w:r>
        <w:rPr>
          <w:rFonts w:ascii="Times New Roman" w:hAnsi="Times New Roman" w:cs="Times New Roman"/>
        </w:rPr>
        <w:t xml:space="preserve"> </w:t>
      </w:r>
      <w:r w:rsidRPr="008E0CD4">
        <w:rPr>
          <w:rFonts w:ascii="Times New Roman" w:hAnsi="Times New Roman" w:cs="Times New Roman"/>
          <w:b/>
        </w:rPr>
        <w:t>100m (Girls):</w:t>
      </w:r>
      <w:r>
        <w:rPr>
          <w:rFonts w:ascii="Times New Roman" w:hAnsi="Times New Roman" w:cs="Times New Roman"/>
        </w:rPr>
        <w:t xml:space="preserve"> </w:t>
      </w:r>
      <w:r w:rsidR="00295E37">
        <w:rPr>
          <w:rFonts w:ascii="Times New Roman" w:hAnsi="Times New Roman" w:cs="Times New Roman"/>
        </w:rPr>
        <w:t>1st – Nimrit</w:t>
      </w:r>
      <w:r>
        <w:rPr>
          <w:rFonts w:ascii="Times New Roman" w:hAnsi="Times New Roman" w:cs="Times New Roman"/>
        </w:rPr>
        <w:t xml:space="preserve"> </w:t>
      </w:r>
      <w:r w:rsidR="00295E37">
        <w:rPr>
          <w:rFonts w:ascii="Times New Roman" w:hAnsi="Times New Roman" w:cs="Times New Roman"/>
        </w:rPr>
        <w:t>,</w:t>
      </w:r>
      <w:r>
        <w:rPr>
          <w:rFonts w:ascii="Times New Roman" w:hAnsi="Times New Roman" w:cs="Times New Roman"/>
        </w:rPr>
        <w:t xml:space="preserve">  2nd – Anu</w:t>
      </w:r>
      <w:r w:rsidR="00295E37">
        <w:rPr>
          <w:rFonts w:ascii="Times New Roman" w:hAnsi="Times New Roman" w:cs="Times New Roman"/>
        </w:rPr>
        <w:t>,</w:t>
      </w:r>
      <w:r>
        <w:rPr>
          <w:rFonts w:ascii="Times New Roman" w:hAnsi="Times New Roman" w:cs="Times New Roman"/>
        </w:rPr>
        <w:t xml:space="preserve"> </w:t>
      </w:r>
      <w:r w:rsidR="00124AD9" w:rsidRPr="008E0CD4">
        <w:rPr>
          <w:rFonts w:ascii="Times New Roman" w:hAnsi="Times New Roman" w:cs="Times New Roman"/>
        </w:rPr>
        <w:t>3rd – Geetanjali</w:t>
      </w:r>
    </w:p>
    <w:p w:rsidR="00295E37" w:rsidRDefault="00124AD9" w:rsidP="00FF4034">
      <w:pPr>
        <w:spacing w:after="0"/>
        <w:rPr>
          <w:rFonts w:ascii="Times New Roman" w:hAnsi="Times New Roman" w:cs="Times New Roman"/>
        </w:rPr>
      </w:pPr>
      <w:r w:rsidRPr="00295E37">
        <w:rPr>
          <w:rFonts w:ascii="Times New Roman" w:hAnsi="Times New Roman" w:cs="Times New Roman"/>
          <w:b/>
        </w:rPr>
        <w:t>200m (Girls)</w:t>
      </w:r>
      <w:r w:rsidRPr="008E0CD4">
        <w:rPr>
          <w:rFonts w:ascii="Times New Roman" w:hAnsi="Times New Roman" w:cs="Times New Roman"/>
        </w:rPr>
        <w:t>: 1st – Nimrit | 2nd – Soni | 3rd – Neha</w:t>
      </w:r>
      <w:r w:rsidRPr="008E0CD4">
        <w:rPr>
          <w:rFonts w:ascii="Times New Roman" w:hAnsi="Times New Roman" w:cs="Times New Roman"/>
        </w:rPr>
        <w:br/>
      </w:r>
      <w:r w:rsidRPr="00295E37">
        <w:rPr>
          <w:rFonts w:ascii="Times New Roman" w:hAnsi="Times New Roman" w:cs="Times New Roman"/>
          <w:b/>
        </w:rPr>
        <w:t>100m (Boys</w:t>
      </w:r>
      <w:r w:rsidRPr="008E0CD4">
        <w:rPr>
          <w:rFonts w:ascii="Times New Roman" w:hAnsi="Times New Roman" w:cs="Times New Roman"/>
        </w:rPr>
        <w:t>): 1st – Akash | 2nd – Arnav</w:t>
      </w:r>
      <w:r w:rsidRPr="008E0CD4">
        <w:rPr>
          <w:rFonts w:ascii="Times New Roman" w:hAnsi="Times New Roman" w:cs="Times New Roman"/>
        </w:rPr>
        <w:br/>
      </w:r>
      <w:r w:rsidRPr="00295E37">
        <w:rPr>
          <w:rFonts w:ascii="Times New Roman" w:hAnsi="Times New Roman" w:cs="Times New Roman"/>
          <w:b/>
        </w:rPr>
        <w:t>200m (Boys):</w:t>
      </w:r>
      <w:r w:rsidRPr="008E0CD4">
        <w:rPr>
          <w:rFonts w:ascii="Times New Roman" w:hAnsi="Times New Roman" w:cs="Times New Roman"/>
        </w:rPr>
        <w:t xml:space="preserve"> 1st – Akash | 2nd – Navish | 3rd – Amritpal</w:t>
      </w:r>
      <w:r w:rsidRPr="008E0CD4">
        <w:rPr>
          <w:rFonts w:ascii="Times New Roman" w:hAnsi="Times New Roman" w:cs="Times New Roman"/>
        </w:rPr>
        <w:br/>
      </w:r>
      <w:r w:rsidRPr="00295E37">
        <w:rPr>
          <w:rFonts w:ascii="Times New Roman" w:hAnsi="Times New Roman" w:cs="Times New Roman"/>
          <w:b/>
        </w:rPr>
        <w:t>Relay (Boys):</w:t>
      </w:r>
      <w:r w:rsidRPr="008E0CD4">
        <w:rPr>
          <w:rFonts w:ascii="Times New Roman" w:hAnsi="Times New Roman" w:cs="Times New Roman"/>
        </w:rPr>
        <w:t xml:space="preserve"> 1st – Sidharth, Amritpal, Navish, Aryan | 2nd – Afzal, Praduman, Arnav, Rohit</w:t>
      </w:r>
      <w:r w:rsidRPr="008E0CD4">
        <w:rPr>
          <w:rFonts w:ascii="Times New Roman" w:hAnsi="Times New Roman" w:cs="Times New Roman"/>
        </w:rPr>
        <w:br/>
      </w:r>
      <w:r w:rsidRPr="008E0CD4">
        <w:rPr>
          <w:rFonts w:ascii="Times New Roman" w:hAnsi="Times New Roman" w:cs="Times New Roman"/>
        </w:rPr>
        <w:br/>
      </w:r>
      <w:r w:rsidR="00001370">
        <w:rPr>
          <w:rFonts w:ascii="Times New Roman" w:hAnsi="Times New Roman" w:cs="Times New Roman"/>
          <w:b/>
          <w:sz w:val="28"/>
        </w:rPr>
        <w:t xml:space="preserve">                                                      </w:t>
      </w:r>
      <w:r w:rsidRPr="00295E37">
        <w:rPr>
          <w:rFonts w:ascii="Times New Roman" w:hAnsi="Times New Roman" w:cs="Times New Roman"/>
          <w:b/>
          <w:sz w:val="28"/>
        </w:rPr>
        <w:t>Other Events</w:t>
      </w:r>
    </w:p>
    <w:p w:rsidR="00FF4034" w:rsidRDefault="00645AC6" w:rsidP="00FF4034">
      <w:pPr>
        <w:spacing w:after="0"/>
        <w:rPr>
          <w:rFonts w:ascii="Times New Roman" w:hAnsi="Times New Roman" w:cs="Times New Roman"/>
        </w:rPr>
      </w:pPr>
      <w:r>
        <w:rPr>
          <w:rFonts w:ascii="Times New Roman" w:hAnsi="Times New Roman" w:cs="Times New Roman"/>
          <w:noProof/>
        </w:rPr>
        <w:drawing>
          <wp:anchor distT="0" distB="0" distL="114300" distR="114300" simplePos="0" relativeHeight="251661312" behindDoc="0" locked="0" layoutInCell="1" allowOverlap="1">
            <wp:simplePos x="0" y="0"/>
            <wp:positionH relativeFrom="margin">
              <wp:posOffset>2943225</wp:posOffset>
            </wp:positionH>
            <wp:positionV relativeFrom="margin">
              <wp:posOffset>3686175</wp:posOffset>
            </wp:positionV>
            <wp:extent cx="2581275" cy="2638425"/>
            <wp:effectExtent l="19050" t="0" r="9525" b="0"/>
            <wp:wrapSquare wrapText="bothSides"/>
            <wp:docPr id="4" name="Picture 3" descr="IMG-20260318-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318-WA0031.jpg"/>
                    <pic:cNvPicPr/>
                  </pic:nvPicPr>
                  <pic:blipFill>
                    <a:blip r:embed="rId10"/>
                    <a:stretch>
                      <a:fillRect/>
                    </a:stretch>
                  </pic:blipFill>
                  <pic:spPr>
                    <a:xfrm>
                      <a:off x="0" y="0"/>
                      <a:ext cx="2581275" cy="2638425"/>
                    </a:xfrm>
                    <a:prstGeom prst="rect">
                      <a:avLst/>
                    </a:prstGeom>
                  </pic:spPr>
                </pic:pic>
              </a:graphicData>
            </a:graphic>
          </wp:anchor>
        </w:drawing>
      </w:r>
      <w:r>
        <w:rPr>
          <w:rFonts w:ascii="Times New Roman" w:hAnsi="Times New Roman" w:cs="Times New Roman"/>
          <w:noProof/>
        </w:rPr>
        <w:drawing>
          <wp:anchor distT="0" distB="0" distL="114300" distR="114300" simplePos="0" relativeHeight="251660288" behindDoc="0" locked="0" layoutInCell="1" allowOverlap="1">
            <wp:simplePos x="0" y="0"/>
            <wp:positionH relativeFrom="margin">
              <wp:posOffset>-19050</wp:posOffset>
            </wp:positionH>
            <wp:positionV relativeFrom="margin">
              <wp:posOffset>3686175</wp:posOffset>
            </wp:positionV>
            <wp:extent cx="2686050" cy="2638425"/>
            <wp:effectExtent l="19050" t="0" r="0" b="0"/>
            <wp:wrapSquare wrapText="bothSides"/>
            <wp:docPr id="3" name="Picture 2" descr="IMG-20260318-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318-WA0008.jpg"/>
                    <pic:cNvPicPr/>
                  </pic:nvPicPr>
                  <pic:blipFill>
                    <a:blip r:embed="rId11"/>
                    <a:stretch>
                      <a:fillRect/>
                    </a:stretch>
                  </pic:blipFill>
                  <pic:spPr>
                    <a:xfrm>
                      <a:off x="0" y="0"/>
                      <a:ext cx="2686050" cy="2638425"/>
                    </a:xfrm>
                    <a:prstGeom prst="rect">
                      <a:avLst/>
                    </a:prstGeom>
                  </pic:spPr>
                </pic:pic>
              </a:graphicData>
            </a:graphic>
          </wp:anchor>
        </w:drawing>
      </w:r>
      <w:r w:rsidR="00124AD9" w:rsidRPr="008E0CD4">
        <w:rPr>
          <w:rFonts w:ascii="Times New Roman" w:hAnsi="Times New Roman" w:cs="Times New Roman"/>
        </w:rPr>
        <w:br/>
      </w:r>
      <w:r w:rsidR="00124AD9" w:rsidRPr="00295E37">
        <w:rPr>
          <w:rFonts w:ascii="Times New Roman" w:hAnsi="Times New Roman" w:cs="Times New Roman"/>
          <w:b/>
        </w:rPr>
        <w:t>Three-Leg (Girls</w:t>
      </w:r>
      <w:r w:rsidR="00124AD9" w:rsidRPr="008E0CD4">
        <w:rPr>
          <w:rFonts w:ascii="Times New Roman" w:hAnsi="Times New Roman" w:cs="Times New Roman"/>
        </w:rPr>
        <w:t>): 1st – Annu, Neha | 2nd – Meenakshi, Geetanjali</w:t>
      </w:r>
      <w:r w:rsidR="00124AD9" w:rsidRPr="008E0CD4">
        <w:rPr>
          <w:rFonts w:ascii="Times New Roman" w:hAnsi="Times New Roman" w:cs="Times New Roman"/>
        </w:rPr>
        <w:br/>
      </w:r>
      <w:r w:rsidR="00124AD9" w:rsidRPr="00295E37">
        <w:rPr>
          <w:rFonts w:ascii="Times New Roman" w:hAnsi="Times New Roman" w:cs="Times New Roman"/>
          <w:b/>
        </w:rPr>
        <w:t>Three-Leg (Boys):</w:t>
      </w:r>
      <w:r w:rsidR="00124AD9" w:rsidRPr="008E0CD4">
        <w:rPr>
          <w:rFonts w:ascii="Times New Roman" w:hAnsi="Times New Roman" w:cs="Times New Roman"/>
        </w:rPr>
        <w:t xml:space="preserve"> 1st – Aryan, Navish</w:t>
      </w:r>
      <w:r w:rsidR="00124AD9" w:rsidRPr="008E0CD4">
        <w:rPr>
          <w:rFonts w:ascii="Times New Roman" w:hAnsi="Times New Roman" w:cs="Times New Roman"/>
        </w:rPr>
        <w:br/>
      </w:r>
      <w:r w:rsidR="00124AD9" w:rsidRPr="00295E37">
        <w:rPr>
          <w:rFonts w:ascii="Times New Roman" w:hAnsi="Times New Roman" w:cs="Times New Roman"/>
          <w:b/>
        </w:rPr>
        <w:t>Push-Ups:</w:t>
      </w:r>
      <w:r w:rsidR="00124AD9" w:rsidRPr="008E0CD4">
        <w:rPr>
          <w:rFonts w:ascii="Times New Roman" w:hAnsi="Times New Roman" w:cs="Times New Roman"/>
        </w:rPr>
        <w:t xml:space="preserve"> 1st – Shivam | 2nd – Aryan | 3rd – Akash, Sidharth</w:t>
      </w:r>
      <w:r w:rsidR="00124AD9" w:rsidRPr="008E0CD4">
        <w:rPr>
          <w:rFonts w:ascii="Times New Roman" w:hAnsi="Times New Roman" w:cs="Times New Roman"/>
        </w:rPr>
        <w:br/>
      </w:r>
      <w:r w:rsidR="00124AD9" w:rsidRPr="00295E37">
        <w:rPr>
          <w:rFonts w:ascii="Times New Roman" w:hAnsi="Times New Roman" w:cs="Times New Roman"/>
          <w:b/>
        </w:rPr>
        <w:t>Arm Wrestling (Boys):</w:t>
      </w:r>
      <w:r w:rsidR="00124AD9" w:rsidRPr="008E0CD4">
        <w:rPr>
          <w:rFonts w:ascii="Times New Roman" w:hAnsi="Times New Roman" w:cs="Times New Roman"/>
        </w:rPr>
        <w:t xml:space="preserve"> 1st – Yuvraj | 2nd – Sidharth | 3rd – Rohit</w:t>
      </w:r>
      <w:r w:rsidR="00124AD9" w:rsidRPr="008E0CD4">
        <w:rPr>
          <w:rFonts w:ascii="Times New Roman" w:hAnsi="Times New Roman" w:cs="Times New Roman"/>
        </w:rPr>
        <w:br/>
      </w:r>
      <w:r w:rsidR="00124AD9" w:rsidRPr="00295E37">
        <w:rPr>
          <w:rFonts w:ascii="Times New Roman" w:hAnsi="Times New Roman" w:cs="Times New Roman"/>
          <w:b/>
        </w:rPr>
        <w:t>Arm Wrestling (Girls):</w:t>
      </w:r>
      <w:r w:rsidR="00124AD9" w:rsidRPr="008E0CD4">
        <w:rPr>
          <w:rFonts w:ascii="Times New Roman" w:hAnsi="Times New Roman" w:cs="Times New Roman"/>
        </w:rPr>
        <w:t xml:space="preserve"> 1st – Arti, Meenakshi | 2nd – Anjali</w:t>
      </w:r>
    </w:p>
    <w:p w:rsidR="00FF4034" w:rsidRDefault="00FF4034" w:rsidP="00FF4034">
      <w:pPr>
        <w:spacing w:after="0"/>
        <w:rPr>
          <w:rFonts w:ascii="Times New Roman" w:hAnsi="Times New Roman" w:cs="Times New Roman"/>
        </w:rPr>
      </w:pPr>
    </w:p>
    <w:p w:rsidR="00645AC6" w:rsidRDefault="00FF4034" w:rsidP="00FF4034">
      <w:pPr>
        <w:spacing w:after="0"/>
        <w:rPr>
          <w:rFonts w:ascii="Times New Roman" w:hAnsi="Times New Roman" w:cs="Times New Roman"/>
          <w:b/>
        </w:rPr>
      </w:pPr>
      <w:r>
        <w:rPr>
          <w:rFonts w:ascii="Times New Roman" w:hAnsi="Times New Roman" w:cs="Times New Roman"/>
          <w:b/>
        </w:rPr>
        <w:t xml:space="preserve">                   </w:t>
      </w:r>
    </w:p>
    <w:p w:rsidR="00645AC6" w:rsidRDefault="00645AC6" w:rsidP="00FF4034">
      <w:pPr>
        <w:spacing w:after="0"/>
        <w:rPr>
          <w:rFonts w:ascii="Times New Roman" w:hAnsi="Times New Roman" w:cs="Times New Roman"/>
          <w:b/>
        </w:rPr>
      </w:pPr>
    </w:p>
    <w:p w:rsidR="002D7108" w:rsidRDefault="00645AC6" w:rsidP="00FF4034">
      <w:pPr>
        <w:spacing w:after="0"/>
        <w:rPr>
          <w:rFonts w:ascii="Times New Roman" w:hAnsi="Times New Roman" w:cs="Times New Roman"/>
          <w:b/>
        </w:rPr>
      </w:pPr>
      <w:r>
        <w:rPr>
          <w:rFonts w:ascii="Times New Roman" w:hAnsi="Times New Roman" w:cs="Times New Roman"/>
          <w:b/>
        </w:rPr>
        <w:t xml:space="preserve">                     </w:t>
      </w:r>
      <w:r w:rsidR="00FF4034">
        <w:rPr>
          <w:rFonts w:ascii="Times New Roman" w:hAnsi="Times New Roman" w:cs="Times New Roman"/>
          <w:b/>
        </w:rPr>
        <w:t xml:space="preserve">   </w:t>
      </w:r>
      <w:r w:rsidR="00FF4034" w:rsidRPr="00FF4034">
        <w:rPr>
          <w:rFonts w:ascii="Times New Roman" w:hAnsi="Times New Roman" w:cs="Times New Roman"/>
          <w:b/>
        </w:rPr>
        <w:t>Prize distribution</w:t>
      </w:r>
      <w:r w:rsidR="00FF4034">
        <w:rPr>
          <w:rFonts w:ascii="Times New Roman" w:hAnsi="Times New Roman" w:cs="Times New Roman"/>
          <w:b/>
        </w:rPr>
        <w:t xml:space="preserve">                                                      Badminton</w:t>
      </w:r>
    </w:p>
    <w:p w:rsidR="002D7108" w:rsidRDefault="002D7108" w:rsidP="00FF4034">
      <w:pPr>
        <w:spacing w:after="0"/>
        <w:rPr>
          <w:rFonts w:ascii="Times New Roman" w:hAnsi="Times New Roman" w:cs="Times New Roman"/>
          <w:b/>
        </w:rPr>
      </w:pPr>
    </w:p>
    <w:p w:rsidR="002D7108" w:rsidRDefault="002D7108" w:rsidP="00FF4034">
      <w:pPr>
        <w:spacing w:after="0"/>
        <w:rPr>
          <w:rFonts w:ascii="Times New Roman" w:hAnsi="Times New Roman" w:cs="Times New Roman"/>
          <w:b/>
        </w:rPr>
      </w:pPr>
    </w:p>
    <w:p w:rsidR="002D7108" w:rsidRDefault="002D7108" w:rsidP="00FF4034">
      <w:pPr>
        <w:spacing w:after="0"/>
        <w:rPr>
          <w:rFonts w:ascii="Times New Roman" w:hAnsi="Times New Roman" w:cs="Times New Roman"/>
          <w:b/>
        </w:rPr>
      </w:pPr>
      <w:r>
        <w:rPr>
          <w:rFonts w:ascii="Times New Roman" w:hAnsi="Times New Roman" w:cs="Times New Roman"/>
          <w:b/>
        </w:rPr>
        <w:t xml:space="preserve">          </w:t>
      </w:r>
    </w:p>
    <w:p w:rsidR="002D7108" w:rsidRDefault="002D7108" w:rsidP="00FF4034">
      <w:pPr>
        <w:spacing w:after="0"/>
        <w:rPr>
          <w:rFonts w:ascii="Times New Roman" w:hAnsi="Times New Roman" w:cs="Times New Roman"/>
          <w:b/>
        </w:rPr>
      </w:pPr>
    </w:p>
    <w:p w:rsidR="002D7108" w:rsidRDefault="002D7108" w:rsidP="00FF4034">
      <w:pPr>
        <w:spacing w:after="0"/>
        <w:rPr>
          <w:rFonts w:ascii="Times New Roman" w:hAnsi="Times New Roman" w:cs="Times New Roman"/>
          <w:b/>
        </w:rPr>
      </w:pPr>
    </w:p>
    <w:p w:rsidR="002D7108" w:rsidRDefault="002D7108" w:rsidP="00FF4034">
      <w:pPr>
        <w:spacing w:after="0"/>
        <w:rPr>
          <w:rFonts w:ascii="Times New Roman" w:hAnsi="Times New Roman" w:cs="Times New Roman"/>
          <w:b/>
        </w:rPr>
      </w:pPr>
    </w:p>
    <w:p w:rsidR="002D7108" w:rsidRDefault="002D7108" w:rsidP="00FF4034">
      <w:pPr>
        <w:spacing w:after="0"/>
        <w:rPr>
          <w:rFonts w:ascii="Times New Roman" w:hAnsi="Times New Roman" w:cs="Times New Roman"/>
          <w:b/>
        </w:rPr>
      </w:pPr>
    </w:p>
    <w:p w:rsidR="002D7108" w:rsidRDefault="002D7108" w:rsidP="00FF4034">
      <w:pPr>
        <w:spacing w:after="0"/>
        <w:rPr>
          <w:rFonts w:ascii="Times New Roman" w:hAnsi="Times New Roman" w:cs="Times New Roman"/>
          <w:b/>
        </w:rPr>
      </w:pPr>
    </w:p>
    <w:p w:rsidR="00295E37" w:rsidRDefault="00DA473A" w:rsidP="00DA473A">
      <w:pPr>
        <w:spacing w:after="0"/>
        <w:jc w:val="center"/>
        <w:rPr>
          <w:rFonts w:ascii="Times New Roman" w:hAnsi="Times New Roman" w:cs="Times New Roman"/>
          <w:b/>
          <w:sz w:val="28"/>
        </w:rPr>
      </w:pPr>
      <w:r w:rsidRPr="00001370">
        <w:rPr>
          <w:rFonts w:ascii="Times New Roman" w:hAnsi="Times New Roman" w:cs="Times New Roman"/>
          <w:b/>
          <w:sz w:val="28"/>
        </w:rPr>
        <w:t>Indoor Games</w:t>
      </w:r>
    </w:p>
    <w:p w:rsidR="00260112" w:rsidRPr="00001370" w:rsidRDefault="00260112" w:rsidP="00DA473A">
      <w:pPr>
        <w:spacing w:after="0"/>
        <w:jc w:val="center"/>
        <w:rPr>
          <w:rFonts w:ascii="Times New Roman" w:hAnsi="Times New Roman" w:cs="Times New Roman"/>
          <w:b/>
          <w:sz w:val="28"/>
        </w:rPr>
      </w:pPr>
    </w:p>
    <w:p w:rsidR="00260112" w:rsidRDefault="00260112" w:rsidP="00FF4034">
      <w:pPr>
        <w:spacing w:after="0"/>
        <w:rPr>
          <w:rFonts w:ascii="Times New Roman" w:hAnsi="Times New Roman" w:cs="Times New Roman"/>
          <w:b/>
        </w:rPr>
      </w:pPr>
      <w:r>
        <w:rPr>
          <w:rFonts w:ascii="Times New Roman" w:hAnsi="Times New Roman" w:cs="Times New Roman"/>
          <w:noProof/>
        </w:rPr>
        <w:drawing>
          <wp:anchor distT="0" distB="0" distL="114300" distR="114300" simplePos="0" relativeHeight="251669504" behindDoc="0" locked="0" layoutInCell="1" allowOverlap="1">
            <wp:simplePos x="0" y="0"/>
            <wp:positionH relativeFrom="margin">
              <wp:posOffset>495300</wp:posOffset>
            </wp:positionH>
            <wp:positionV relativeFrom="margin">
              <wp:posOffset>714375</wp:posOffset>
            </wp:positionV>
            <wp:extent cx="2360930" cy="1971675"/>
            <wp:effectExtent l="19050" t="0" r="1270" b="0"/>
            <wp:wrapSquare wrapText="bothSides"/>
            <wp:docPr id="11" name="Picture 4" descr="IMG-20260318-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318-WA0002.jpg"/>
                    <pic:cNvPicPr/>
                  </pic:nvPicPr>
                  <pic:blipFill>
                    <a:blip r:embed="rId12"/>
                    <a:stretch>
                      <a:fillRect/>
                    </a:stretch>
                  </pic:blipFill>
                  <pic:spPr>
                    <a:xfrm>
                      <a:off x="0" y="0"/>
                      <a:ext cx="2360930" cy="1971675"/>
                    </a:xfrm>
                    <a:prstGeom prst="rect">
                      <a:avLst/>
                    </a:prstGeom>
                  </pic:spPr>
                </pic:pic>
              </a:graphicData>
            </a:graphic>
          </wp:anchor>
        </w:drawing>
      </w:r>
      <w:r>
        <w:rPr>
          <w:rFonts w:ascii="Times New Roman" w:hAnsi="Times New Roman" w:cs="Times New Roman"/>
          <w:noProof/>
        </w:rPr>
        <w:drawing>
          <wp:anchor distT="0" distB="0" distL="114300" distR="114300" simplePos="0" relativeHeight="251667456" behindDoc="0" locked="0" layoutInCell="1" allowOverlap="1">
            <wp:simplePos x="0" y="0"/>
            <wp:positionH relativeFrom="margin">
              <wp:posOffset>3095625</wp:posOffset>
            </wp:positionH>
            <wp:positionV relativeFrom="margin">
              <wp:posOffset>714375</wp:posOffset>
            </wp:positionV>
            <wp:extent cx="2390775" cy="1962150"/>
            <wp:effectExtent l="19050" t="0" r="9525" b="0"/>
            <wp:wrapSquare wrapText="bothSides"/>
            <wp:docPr id="10" name="Picture 6" descr="IMG-20260318-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318-WA0001.jpg"/>
                    <pic:cNvPicPr/>
                  </pic:nvPicPr>
                  <pic:blipFill>
                    <a:blip r:embed="rId13"/>
                    <a:stretch>
                      <a:fillRect/>
                    </a:stretch>
                  </pic:blipFill>
                  <pic:spPr>
                    <a:xfrm>
                      <a:off x="0" y="0"/>
                      <a:ext cx="2390775" cy="1962150"/>
                    </a:xfrm>
                    <a:prstGeom prst="rect">
                      <a:avLst/>
                    </a:prstGeom>
                  </pic:spPr>
                </pic:pic>
              </a:graphicData>
            </a:graphic>
          </wp:anchor>
        </w:drawing>
      </w:r>
      <w:r w:rsidR="00124AD9" w:rsidRPr="008E0CD4">
        <w:rPr>
          <w:rFonts w:ascii="Times New Roman" w:hAnsi="Times New Roman" w:cs="Times New Roman"/>
        </w:rPr>
        <w:br/>
      </w:r>
    </w:p>
    <w:p w:rsidR="00260112" w:rsidRDefault="00260112" w:rsidP="00FF4034">
      <w:pPr>
        <w:spacing w:after="0"/>
        <w:rPr>
          <w:rFonts w:ascii="Times New Roman" w:hAnsi="Times New Roman" w:cs="Times New Roman"/>
          <w:b/>
        </w:rPr>
      </w:pPr>
    </w:p>
    <w:p w:rsidR="00260112" w:rsidRDefault="00260112" w:rsidP="00FF4034">
      <w:pPr>
        <w:spacing w:after="0"/>
        <w:rPr>
          <w:rFonts w:ascii="Times New Roman" w:hAnsi="Times New Roman" w:cs="Times New Roman"/>
          <w:b/>
        </w:rPr>
      </w:pPr>
    </w:p>
    <w:p w:rsidR="00260112" w:rsidRDefault="00260112" w:rsidP="00FF4034">
      <w:pPr>
        <w:spacing w:after="0"/>
        <w:rPr>
          <w:rFonts w:ascii="Times New Roman" w:hAnsi="Times New Roman" w:cs="Times New Roman"/>
          <w:b/>
        </w:rPr>
      </w:pPr>
    </w:p>
    <w:p w:rsidR="00260112" w:rsidRDefault="00260112" w:rsidP="00FF4034">
      <w:pPr>
        <w:spacing w:after="0"/>
        <w:rPr>
          <w:rFonts w:ascii="Times New Roman" w:hAnsi="Times New Roman" w:cs="Times New Roman"/>
          <w:b/>
        </w:rPr>
      </w:pPr>
    </w:p>
    <w:p w:rsidR="00260112" w:rsidRDefault="00260112" w:rsidP="00FF4034">
      <w:pPr>
        <w:spacing w:after="0"/>
        <w:rPr>
          <w:rFonts w:ascii="Times New Roman" w:hAnsi="Times New Roman" w:cs="Times New Roman"/>
          <w:b/>
        </w:rPr>
      </w:pPr>
    </w:p>
    <w:p w:rsidR="00260112" w:rsidRDefault="00260112" w:rsidP="00FF4034">
      <w:pPr>
        <w:spacing w:after="0"/>
        <w:rPr>
          <w:rFonts w:ascii="Times New Roman" w:hAnsi="Times New Roman" w:cs="Times New Roman"/>
          <w:b/>
        </w:rPr>
      </w:pPr>
    </w:p>
    <w:p w:rsidR="00260112" w:rsidRDefault="00260112" w:rsidP="00FF4034">
      <w:pPr>
        <w:spacing w:after="0"/>
        <w:rPr>
          <w:rFonts w:ascii="Times New Roman" w:hAnsi="Times New Roman" w:cs="Times New Roman"/>
          <w:b/>
        </w:rPr>
      </w:pPr>
    </w:p>
    <w:p w:rsidR="00260112" w:rsidRDefault="00260112" w:rsidP="00FF4034">
      <w:pPr>
        <w:spacing w:after="0"/>
        <w:rPr>
          <w:rFonts w:ascii="Times New Roman" w:hAnsi="Times New Roman" w:cs="Times New Roman"/>
          <w:b/>
        </w:rPr>
      </w:pPr>
    </w:p>
    <w:p w:rsidR="00260112" w:rsidRDefault="00260112" w:rsidP="00FF4034">
      <w:pPr>
        <w:spacing w:after="0"/>
        <w:rPr>
          <w:rFonts w:ascii="Times New Roman" w:hAnsi="Times New Roman" w:cs="Times New Roman"/>
          <w:b/>
        </w:rPr>
      </w:pPr>
    </w:p>
    <w:p w:rsidR="00260112" w:rsidRDefault="00260112" w:rsidP="00FF4034">
      <w:pPr>
        <w:spacing w:after="0"/>
        <w:rPr>
          <w:rFonts w:ascii="Times New Roman" w:hAnsi="Times New Roman" w:cs="Times New Roman"/>
          <w:b/>
        </w:rPr>
      </w:pPr>
    </w:p>
    <w:p w:rsidR="00260112" w:rsidRDefault="00260112" w:rsidP="00260112">
      <w:pPr>
        <w:spacing w:after="0"/>
        <w:rPr>
          <w:rFonts w:ascii="Times New Roman" w:hAnsi="Times New Roman" w:cs="Times New Roman"/>
          <w:b/>
        </w:rPr>
      </w:pPr>
      <w:r>
        <w:rPr>
          <w:rFonts w:ascii="Times New Roman" w:hAnsi="Times New Roman" w:cs="Times New Roman"/>
          <w:b/>
        </w:rPr>
        <w:t xml:space="preserve">                                            Chess (Boys)                                                Chess (</w:t>
      </w:r>
      <w:r w:rsidR="00124AD9">
        <w:rPr>
          <w:rFonts w:ascii="Times New Roman" w:hAnsi="Times New Roman" w:cs="Times New Roman"/>
          <w:b/>
        </w:rPr>
        <w:t>Girls</w:t>
      </w:r>
      <w:r>
        <w:rPr>
          <w:rFonts w:ascii="Times New Roman" w:hAnsi="Times New Roman" w:cs="Times New Roman"/>
          <w:b/>
        </w:rPr>
        <w:t>)</w:t>
      </w:r>
    </w:p>
    <w:p w:rsidR="00260112" w:rsidRPr="00260112" w:rsidRDefault="00645AC6" w:rsidP="00260112">
      <w:r>
        <w:rPr>
          <w:noProof/>
        </w:rPr>
        <w:drawing>
          <wp:anchor distT="0" distB="0" distL="114300" distR="114300" simplePos="0" relativeHeight="251670528" behindDoc="0" locked="0" layoutInCell="1" allowOverlap="1">
            <wp:simplePos x="0" y="0"/>
            <wp:positionH relativeFrom="margin">
              <wp:posOffset>238125</wp:posOffset>
            </wp:positionH>
            <wp:positionV relativeFrom="margin">
              <wp:posOffset>4133850</wp:posOffset>
            </wp:positionV>
            <wp:extent cx="5486400" cy="2905125"/>
            <wp:effectExtent l="19050" t="0" r="0" b="0"/>
            <wp:wrapSquare wrapText="bothSides"/>
            <wp:docPr id="12" name="Picture 11" descr="IMG-20260313-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313-WA0011.jpg"/>
                    <pic:cNvPicPr/>
                  </pic:nvPicPr>
                  <pic:blipFill>
                    <a:blip r:embed="rId14"/>
                    <a:stretch>
                      <a:fillRect/>
                    </a:stretch>
                  </pic:blipFill>
                  <pic:spPr>
                    <a:xfrm>
                      <a:off x="0" y="0"/>
                      <a:ext cx="5486400" cy="2905125"/>
                    </a:xfrm>
                    <a:prstGeom prst="rect">
                      <a:avLst/>
                    </a:prstGeom>
                  </pic:spPr>
                </pic:pic>
              </a:graphicData>
            </a:graphic>
          </wp:anchor>
        </w:drawing>
      </w:r>
    </w:p>
    <w:p w:rsidR="00645AC6" w:rsidRDefault="00645AC6" w:rsidP="00FF4034">
      <w:pPr>
        <w:spacing w:after="0"/>
        <w:rPr>
          <w:rFonts w:ascii="Times New Roman" w:hAnsi="Times New Roman" w:cs="Times New Roman"/>
          <w:b/>
        </w:rPr>
      </w:pPr>
    </w:p>
    <w:p w:rsidR="00645AC6" w:rsidRDefault="00645AC6" w:rsidP="00FF4034">
      <w:pPr>
        <w:spacing w:after="0"/>
        <w:rPr>
          <w:rFonts w:ascii="Times New Roman" w:hAnsi="Times New Roman" w:cs="Times New Roman"/>
          <w:b/>
        </w:rPr>
      </w:pPr>
      <w:r>
        <w:rPr>
          <w:rFonts w:ascii="Times New Roman" w:hAnsi="Times New Roman" w:cs="Times New Roman"/>
          <w:b/>
          <w:noProof/>
        </w:rPr>
        <w:lastRenderedPageBreak/>
        <w:drawing>
          <wp:anchor distT="0" distB="0" distL="114300" distR="114300" simplePos="0" relativeHeight="251671552" behindDoc="0" locked="0" layoutInCell="1" allowOverlap="1">
            <wp:simplePos x="1162050" y="914400"/>
            <wp:positionH relativeFrom="margin">
              <wp:align>left</wp:align>
            </wp:positionH>
            <wp:positionV relativeFrom="margin">
              <wp:align>top</wp:align>
            </wp:positionV>
            <wp:extent cx="5486400" cy="3086100"/>
            <wp:effectExtent l="19050" t="0" r="0" b="0"/>
            <wp:wrapSquare wrapText="bothSides"/>
            <wp:docPr id="13" name="Picture 12" descr="IMG-20260313-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313-WA0026.jpg"/>
                    <pic:cNvPicPr/>
                  </pic:nvPicPr>
                  <pic:blipFill>
                    <a:blip r:embed="rId15"/>
                    <a:stretch>
                      <a:fillRect/>
                    </a:stretch>
                  </pic:blipFill>
                  <pic:spPr>
                    <a:xfrm>
                      <a:off x="0" y="0"/>
                      <a:ext cx="5486400" cy="3086100"/>
                    </a:xfrm>
                    <a:prstGeom prst="rect">
                      <a:avLst/>
                    </a:prstGeom>
                  </pic:spPr>
                </pic:pic>
              </a:graphicData>
            </a:graphic>
          </wp:anchor>
        </w:drawing>
      </w:r>
    </w:p>
    <w:p w:rsidR="00645AC6" w:rsidRDefault="00645AC6" w:rsidP="00FF4034">
      <w:pPr>
        <w:spacing w:after="0"/>
        <w:rPr>
          <w:rFonts w:ascii="Times New Roman" w:hAnsi="Times New Roman" w:cs="Times New Roman"/>
          <w:b/>
        </w:rPr>
      </w:pPr>
    </w:p>
    <w:p w:rsidR="00645AC6" w:rsidRDefault="00645AC6" w:rsidP="00FF4034">
      <w:pPr>
        <w:spacing w:after="0"/>
        <w:rPr>
          <w:rFonts w:ascii="Times New Roman" w:hAnsi="Times New Roman" w:cs="Times New Roman"/>
          <w:b/>
        </w:rPr>
      </w:pPr>
    </w:p>
    <w:p w:rsidR="00645AC6" w:rsidRDefault="00645AC6" w:rsidP="00FF4034">
      <w:pPr>
        <w:spacing w:after="0"/>
        <w:rPr>
          <w:rFonts w:ascii="Times New Roman" w:hAnsi="Times New Roman" w:cs="Times New Roman"/>
          <w:b/>
        </w:rPr>
      </w:pPr>
      <w:r>
        <w:rPr>
          <w:rFonts w:ascii="Times New Roman" w:hAnsi="Times New Roman" w:cs="Times New Roman"/>
          <w:b/>
          <w:noProof/>
        </w:rPr>
        <w:drawing>
          <wp:inline distT="0" distB="0" distL="0" distR="0">
            <wp:extent cx="5486400" cy="4114800"/>
            <wp:effectExtent l="19050" t="0" r="0" b="0"/>
            <wp:docPr id="14" name="Picture 13" descr="IMG-20260319-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319-WA0002.jpg"/>
                    <pic:cNvPicPr/>
                  </pic:nvPicPr>
                  <pic:blipFill>
                    <a:blip r:embed="rId16"/>
                    <a:stretch>
                      <a:fillRect/>
                    </a:stretch>
                  </pic:blipFill>
                  <pic:spPr>
                    <a:xfrm>
                      <a:off x="0" y="0"/>
                      <a:ext cx="5486400" cy="4114800"/>
                    </a:xfrm>
                    <a:prstGeom prst="rect">
                      <a:avLst/>
                    </a:prstGeom>
                  </pic:spPr>
                </pic:pic>
              </a:graphicData>
            </a:graphic>
          </wp:inline>
        </w:drawing>
      </w:r>
    </w:p>
    <w:p w:rsidR="00645AC6" w:rsidRDefault="00645AC6" w:rsidP="00FF4034">
      <w:pPr>
        <w:spacing w:after="0"/>
        <w:rPr>
          <w:rFonts w:ascii="Times New Roman" w:hAnsi="Times New Roman" w:cs="Times New Roman"/>
          <w:b/>
        </w:rPr>
      </w:pPr>
    </w:p>
    <w:p w:rsidR="00684D23" w:rsidRDefault="00684D23" w:rsidP="00FF4034">
      <w:pPr>
        <w:spacing w:after="0"/>
        <w:rPr>
          <w:rFonts w:ascii="Times New Roman" w:hAnsi="Times New Roman" w:cs="Times New Roman"/>
          <w:b/>
        </w:rPr>
      </w:pPr>
    </w:p>
    <w:p w:rsidR="00684D23" w:rsidRPr="00684D23" w:rsidRDefault="00684D23" w:rsidP="00684D23">
      <w:pPr>
        <w:spacing w:after="0"/>
        <w:jc w:val="center"/>
        <w:rPr>
          <w:rFonts w:ascii="Times New Roman" w:hAnsi="Times New Roman" w:cs="Times New Roman"/>
          <w:b/>
          <w:sz w:val="28"/>
          <w:szCs w:val="28"/>
          <w:u w:val="single"/>
        </w:rPr>
      </w:pPr>
      <w:r w:rsidRPr="00684D23">
        <w:rPr>
          <w:rFonts w:ascii="Times New Roman" w:hAnsi="Times New Roman" w:cs="Times New Roman"/>
          <w:b/>
          <w:noProof/>
          <w:sz w:val="28"/>
          <w:szCs w:val="28"/>
          <w:u w:val="single"/>
        </w:rPr>
        <w:lastRenderedPageBreak/>
        <w:drawing>
          <wp:anchor distT="0" distB="0" distL="114300" distR="114300" simplePos="0" relativeHeight="251674624" behindDoc="0" locked="0" layoutInCell="1" allowOverlap="1">
            <wp:simplePos x="0" y="0"/>
            <wp:positionH relativeFrom="margin">
              <wp:posOffset>19050</wp:posOffset>
            </wp:positionH>
            <wp:positionV relativeFrom="margin">
              <wp:posOffset>381000</wp:posOffset>
            </wp:positionV>
            <wp:extent cx="5486400" cy="7772400"/>
            <wp:effectExtent l="19050" t="0" r="0" b="0"/>
            <wp:wrapSquare wrapText="bothSides"/>
            <wp:docPr id="5" name="Picture 4" descr="IMG-20260312-WA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312-WA0040.jpg"/>
                    <pic:cNvPicPr/>
                  </pic:nvPicPr>
                  <pic:blipFill>
                    <a:blip r:embed="rId17"/>
                    <a:stretch>
                      <a:fillRect/>
                    </a:stretch>
                  </pic:blipFill>
                  <pic:spPr>
                    <a:xfrm>
                      <a:off x="0" y="0"/>
                      <a:ext cx="5486400" cy="7772400"/>
                    </a:xfrm>
                    <a:prstGeom prst="rect">
                      <a:avLst/>
                    </a:prstGeom>
                  </pic:spPr>
                </pic:pic>
              </a:graphicData>
            </a:graphic>
          </wp:anchor>
        </w:drawing>
      </w:r>
      <w:r w:rsidRPr="00684D23">
        <w:rPr>
          <w:rFonts w:ascii="Times New Roman" w:hAnsi="Times New Roman" w:cs="Times New Roman"/>
          <w:b/>
          <w:noProof/>
          <w:sz w:val="28"/>
          <w:szCs w:val="28"/>
          <w:u w:val="single"/>
        </w:rPr>
        <w:t>Duty Chart</w:t>
      </w:r>
    </w:p>
    <w:tbl>
      <w:tblPr>
        <w:tblpPr w:leftFromText="180" w:rightFromText="180" w:vertAnchor="text" w:horzAnchor="margin" w:tblpY="-134"/>
        <w:tblW w:w="9360" w:type="dxa"/>
        <w:tblLook w:val="04A0"/>
      </w:tblPr>
      <w:tblGrid>
        <w:gridCol w:w="2480"/>
        <w:gridCol w:w="3600"/>
        <w:gridCol w:w="3280"/>
      </w:tblGrid>
      <w:tr w:rsidR="00684D23" w:rsidRPr="00684D23" w:rsidTr="00684D23">
        <w:trPr>
          <w:trHeight w:val="655"/>
        </w:trPr>
        <w:tc>
          <w:tcPr>
            <w:tcW w:w="9360" w:type="dxa"/>
            <w:gridSpan w:val="3"/>
            <w:tcBorders>
              <w:top w:val="single" w:sz="8" w:space="0" w:color="auto"/>
              <w:left w:val="single" w:sz="8" w:space="0" w:color="auto"/>
              <w:bottom w:val="single" w:sz="8" w:space="0" w:color="auto"/>
              <w:right w:val="single" w:sz="8" w:space="0" w:color="000000"/>
            </w:tcBorders>
            <w:shd w:val="clear" w:color="auto" w:fill="auto"/>
            <w:hideMark/>
          </w:tcPr>
          <w:p w:rsidR="00684D23" w:rsidRPr="00684D23" w:rsidRDefault="00684D23" w:rsidP="00684D23">
            <w:pPr>
              <w:spacing w:after="0"/>
              <w:jc w:val="center"/>
              <w:rPr>
                <w:rFonts w:ascii="Times New Roman" w:eastAsia="Times New Roman" w:hAnsi="Times New Roman" w:cs="Times New Roman"/>
                <w:sz w:val="36"/>
                <w:szCs w:val="36"/>
              </w:rPr>
            </w:pPr>
            <w:r w:rsidRPr="00684D23">
              <w:rPr>
                <w:rFonts w:ascii="Times New Roman" w:eastAsia="Times New Roman" w:hAnsi="Times New Roman" w:cs="Times New Roman"/>
                <w:sz w:val="36"/>
                <w:szCs w:val="36"/>
              </w:rPr>
              <w:lastRenderedPageBreak/>
              <w:t>Sports Event Participants List</w:t>
            </w:r>
          </w:p>
        </w:tc>
      </w:tr>
      <w:tr w:rsidR="00684D23" w:rsidRPr="00684D23" w:rsidTr="00684D23">
        <w:trPr>
          <w:trHeight w:val="390"/>
        </w:trPr>
        <w:tc>
          <w:tcPr>
            <w:tcW w:w="9360" w:type="dxa"/>
            <w:gridSpan w:val="3"/>
            <w:tcBorders>
              <w:top w:val="single" w:sz="8" w:space="0" w:color="auto"/>
              <w:left w:val="single" w:sz="8" w:space="0" w:color="auto"/>
              <w:bottom w:val="single" w:sz="8" w:space="0" w:color="auto"/>
              <w:right w:val="single" w:sz="8" w:space="0" w:color="000000"/>
            </w:tcBorders>
            <w:shd w:val="clear" w:color="auto" w:fill="auto"/>
            <w:hideMark/>
          </w:tcPr>
          <w:p w:rsidR="00684D23" w:rsidRPr="00684D23" w:rsidRDefault="00684D23" w:rsidP="00684D23">
            <w:pPr>
              <w:spacing w:after="0"/>
              <w:jc w:val="center"/>
              <w:rPr>
                <w:rFonts w:ascii="Times New Roman" w:eastAsia="Times New Roman" w:hAnsi="Times New Roman" w:cs="Times New Roman"/>
                <w:b/>
                <w:bCs/>
                <w:sz w:val="28"/>
                <w:szCs w:val="28"/>
              </w:rPr>
            </w:pPr>
            <w:r w:rsidRPr="00684D23">
              <w:rPr>
                <w:rFonts w:ascii="Times New Roman" w:eastAsia="Times New Roman" w:hAnsi="Times New Roman" w:cs="Times New Roman"/>
                <w:b/>
                <w:bCs/>
                <w:sz w:val="28"/>
                <w:szCs w:val="28"/>
              </w:rPr>
              <w:t>3 Leg Race</w:t>
            </w:r>
          </w:p>
        </w:tc>
      </w:tr>
      <w:tr w:rsidR="00684D23" w:rsidRPr="00684D23" w:rsidTr="00684D23">
        <w:trPr>
          <w:trHeight w:val="300"/>
        </w:trPr>
        <w:tc>
          <w:tcPr>
            <w:tcW w:w="2480" w:type="dxa"/>
            <w:tcBorders>
              <w:top w:val="nil"/>
              <w:left w:val="single" w:sz="8" w:space="0" w:color="auto"/>
              <w:bottom w:val="nil"/>
              <w:right w:val="nil"/>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Year</w:t>
            </w:r>
          </w:p>
        </w:tc>
        <w:tc>
          <w:tcPr>
            <w:tcW w:w="3600" w:type="dxa"/>
            <w:tcBorders>
              <w:top w:val="nil"/>
              <w:left w:val="nil"/>
              <w:bottom w:val="nil"/>
              <w:right w:val="nil"/>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Participants</w:t>
            </w:r>
          </w:p>
        </w:tc>
        <w:tc>
          <w:tcPr>
            <w:tcW w:w="3280" w:type="dxa"/>
            <w:tcBorders>
              <w:top w:val="nil"/>
              <w:left w:val="nil"/>
              <w:bottom w:val="nil"/>
              <w:right w:val="single" w:sz="8" w:space="0" w:color="auto"/>
            </w:tcBorders>
            <w:shd w:val="clear" w:color="auto" w:fill="auto"/>
            <w:noWrap/>
            <w:vAlign w:val="bottom"/>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 </w:t>
            </w:r>
          </w:p>
        </w:tc>
      </w:tr>
      <w:tr w:rsidR="00684D23" w:rsidRPr="00684D23" w:rsidTr="00684D23">
        <w:trPr>
          <w:trHeight w:val="300"/>
        </w:trPr>
        <w:tc>
          <w:tcPr>
            <w:tcW w:w="2480" w:type="dxa"/>
            <w:tcBorders>
              <w:top w:val="single" w:sz="4" w:space="0" w:color="auto"/>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1st Year</w:t>
            </w:r>
          </w:p>
        </w:tc>
        <w:tc>
          <w:tcPr>
            <w:tcW w:w="3600" w:type="dxa"/>
            <w:tcBorders>
              <w:top w:val="single" w:sz="4" w:space="0" w:color="auto"/>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Priya, Nimrit, Soni, Sarabjeet</w:t>
            </w:r>
          </w:p>
        </w:tc>
        <w:tc>
          <w:tcPr>
            <w:tcW w:w="3280" w:type="dxa"/>
            <w:tcBorders>
              <w:top w:val="single" w:sz="4" w:space="0" w:color="auto"/>
              <w:left w:val="nil"/>
              <w:bottom w:val="single" w:sz="4" w:space="0" w:color="auto"/>
              <w:right w:val="single" w:sz="4" w:space="0" w:color="auto"/>
            </w:tcBorders>
            <w:shd w:val="clear" w:color="auto" w:fill="auto"/>
            <w:noWrap/>
            <w:vAlign w:val="bottom"/>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 </w:t>
            </w:r>
          </w:p>
        </w:tc>
      </w:tr>
      <w:tr w:rsidR="00684D23" w:rsidRPr="00684D23" w:rsidTr="00684D23">
        <w:trPr>
          <w:trHeight w:val="3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4th Year Boys</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Navish, Aryan</w:t>
            </w:r>
          </w:p>
        </w:tc>
        <w:tc>
          <w:tcPr>
            <w:tcW w:w="3280" w:type="dxa"/>
            <w:tcBorders>
              <w:top w:val="nil"/>
              <w:left w:val="nil"/>
              <w:bottom w:val="single" w:sz="4" w:space="0" w:color="auto"/>
              <w:right w:val="single" w:sz="4" w:space="0" w:color="auto"/>
            </w:tcBorders>
            <w:shd w:val="clear" w:color="auto" w:fill="auto"/>
            <w:noWrap/>
            <w:vAlign w:val="bottom"/>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 </w:t>
            </w:r>
          </w:p>
        </w:tc>
      </w:tr>
      <w:tr w:rsidR="00684D23" w:rsidRPr="00684D23" w:rsidTr="00684D23">
        <w:trPr>
          <w:trHeight w:val="6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4th Year Girls</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Geetanjali, Sneha, Divya, Neha, Ankita, Mouli</w:t>
            </w:r>
          </w:p>
        </w:tc>
        <w:tc>
          <w:tcPr>
            <w:tcW w:w="3280" w:type="dxa"/>
            <w:tcBorders>
              <w:top w:val="nil"/>
              <w:left w:val="nil"/>
              <w:bottom w:val="single" w:sz="4" w:space="0" w:color="auto"/>
              <w:right w:val="single" w:sz="4" w:space="0" w:color="auto"/>
            </w:tcBorders>
            <w:shd w:val="clear" w:color="auto" w:fill="auto"/>
            <w:noWrap/>
            <w:vAlign w:val="bottom"/>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 </w:t>
            </w:r>
          </w:p>
        </w:tc>
      </w:tr>
      <w:tr w:rsidR="00684D23" w:rsidRPr="00684D23" w:rsidTr="00684D23">
        <w:trPr>
          <w:trHeight w:val="375"/>
        </w:trPr>
        <w:tc>
          <w:tcPr>
            <w:tcW w:w="9360" w:type="dxa"/>
            <w:gridSpan w:val="3"/>
            <w:tcBorders>
              <w:top w:val="single" w:sz="4" w:space="0" w:color="auto"/>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jc w:val="center"/>
              <w:rPr>
                <w:rFonts w:ascii="Times New Roman" w:eastAsia="Times New Roman" w:hAnsi="Times New Roman" w:cs="Times New Roman"/>
                <w:b/>
                <w:bCs/>
                <w:sz w:val="28"/>
                <w:szCs w:val="28"/>
              </w:rPr>
            </w:pPr>
            <w:r w:rsidRPr="00684D23">
              <w:rPr>
                <w:rFonts w:ascii="Times New Roman" w:eastAsia="Times New Roman" w:hAnsi="Times New Roman" w:cs="Times New Roman"/>
                <w:b/>
                <w:bCs/>
                <w:sz w:val="28"/>
                <w:szCs w:val="28"/>
              </w:rPr>
              <w:t>100m Race</w:t>
            </w:r>
          </w:p>
        </w:tc>
      </w:tr>
      <w:tr w:rsidR="00684D23" w:rsidRPr="00684D23" w:rsidTr="00684D23">
        <w:trPr>
          <w:trHeight w:val="3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Year</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Category</w:t>
            </w:r>
          </w:p>
        </w:tc>
        <w:tc>
          <w:tcPr>
            <w:tcW w:w="328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Participants</w:t>
            </w:r>
          </w:p>
        </w:tc>
      </w:tr>
      <w:tr w:rsidR="00684D23" w:rsidRPr="00684D23" w:rsidTr="00684D23">
        <w:trPr>
          <w:trHeight w:val="6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1st Year</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Boys</w:t>
            </w:r>
          </w:p>
        </w:tc>
        <w:tc>
          <w:tcPr>
            <w:tcW w:w="328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Praduman, Vikranth, Ronelson, Niku, Anish, Aditya Pal, Arnav</w:t>
            </w:r>
          </w:p>
        </w:tc>
      </w:tr>
      <w:tr w:rsidR="00684D23" w:rsidRPr="00684D23" w:rsidTr="00684D23">
        <w:trPr>
          <w:trHeight w:val="6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1st Year</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Girls</w:t>
            </w:r>
          </w:p>
        </w:tc>
        <w:tc>
          <w:tcPr>
            <w:tcW w:w="328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Nimrit, Priya, Vandita, Pawan Deep Kaur</w:t>
            </w:r>
          </w:p>
        </w:tc>
      </w:tr>
      <w:tr w:rsidR="00684D23" w:rsidRPr="00684D23" w:rsidTr="00684D23">
        <w:trPr>
          <w:trHeight w:val="3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2nd Year</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w:t>
            </w:r>
          </w:p>
        </w:tc>
        <w:tc>
          <w:tcPr>
            <w:tcW w:w="328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Neha, Anu</w:t>
            </w:r>
          </w:p>
        </w:tc>
      </w:tr>
      <w:tr w:rsidR="00684D23" w:rsidRPr="00684D23" w:rsidTr="00684D23">
        <w:trPr>
          <w:trHeight w:val="3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3rd Year</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Boy</w:t>
            </w:r>
          </w:p>
        </w:tc>
        <w:tc>
          <w:tcPr>
            <w:tcW w:w="328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Akash</w:t>
            </w:r>
          </w:p>
        </w:tc>
      </w:tr>
      <w:tr w:rsidR="00684D23" w:rsidRPr="00684D23" w:rsidTr="00684D23">
        <w:trPr>
          <w:trHeight w:val="3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3rd Year</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Girl</w:t>
            </w:r>
          </w:p>
        </w:tc>
        <w:tc>
          <w:tcPr>
            <w:tcW w:w="328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Komal</w:t>
            </w:r>
          </w:p>
        </w:tc>
      </w:tr>
      <w:tr w:rsidR="00684D23" w:rsidRPr="00684D23" w:rsidTr="00684D23">
        <w:trPr>
          <w:trHeight w:val="3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4th Year</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Boy</w:t>
            </w:r>
          </w:p>
        </w:tc>
        <w:tc>
          <w:tcPr>
            <w:tcW w:w="328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Navish</w:t>
            </w:r>
          </w:p>
        </w:tc>
      </w:tr>
      <w:tr w:rsidR="00684D23" w:rsidRPr="00684D23" w:rsidTr="00684D23">
        <w:trPr>
          <w:trHeight w:val="3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4th Year</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Girls</w:t>
            </w:r>
          </w:p>
        </w:tc>
        <w:tc>
          <w:tcPr>
            <w:tcW w:w="328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Divya, Neha, Mouli, Ankita</w:t>
            </w:r>
          </w:p>
        </w:tc>
      </w:tr>
      <w:tr w:rsidR="00684D23" w:rsidRPr="00684D23" w:rsidTr="00684D23">
        <w:trPr>
          <w:trHeight w:val="375"/>
        </w:trPr>
        <w:tc>
          <w:tcPr>
            <w:tcW w:w="9360" w:type="dxa"/>
            <w:gridSpan w:val="3"/>
            <w:tcBorders>
              <w:top w:val="single" w:sz="4" w:space="0" w:color="auto"/>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jc w:val="center"/>
              <w:rPr>
                <w:rFonts w:ascii="Times New Roman" w:eastAsia="Times New Roman" w:hAnsi="Times New Roman" w:cs="Times New Roman"/>
                <w:b/>
                <w:bCs/>
                <w:sz w:val="28"/>
                <w:szCs w:val="28"/>
              </w:rPr>
            </w:pPr>
            <w:r w:rsidRPr="00684D23">
              <w:rPr>
                <w:rFonts w:ascii="Times New Roman" w:eastAsia="Times New Roman" w:hAnsi="Times New Roman" w:cs="Times New Roman"/>
                <w:b/>
                <w:bCs/>
                <w:sz w:val="28"/>
                <w:szCs w:val="28"/>
              </w:rPr>
              <w:t>200m Race</w:t>
            </w:r>
          </w:p>
        </w:tc>
      </w:tr>
      <w:tr w:rsidR="00684D23" w:rsidRPr="00684D23" w:rsidTr="00684D23">
        <w:trPr>
          <w:trHeight w:val="3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Year</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Category</w:t>
            </w:r>
          </w:p>
        </w:tc>
        <w:tc>
          <w:tcPr>
            <w:tcW w:w="328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Participants</w:t>
            </w:r>
          </w:p>
        </w:tc>
      </w:tr>
      <w:tr w:rsidR="00684D23" w:rsidRPr="00684D23" w:rsidTr="00684D23">
        <w:trPr>
          <w:trHeight w:val="3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1st Year</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w:t>
            </w:r>
          </w:p>
        </w:tc>
        <w:tc>
          <w:tcPr>
            <w:tcW w:w="328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Amanjot, Soni, Palak, Bhumika</w:t>
            </w:r>
          </w:p>
        </w:tc>
      </w:tr>
      <w:tr w:rsidR="00684D23" w:rsidRPr="00684D23" w:rsidTr="00684D23">
        <w:trPr>
          <w:trHeight w:val="3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3rd Year</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Boy</w:t>
            </w:r>
          </w:p>
        </w:tc>
        <w:tc>
          <w:tcPr>
            <w:tcW w:w="328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Akash</w:t>
            </w:r>
          </w:p>
        </w:tc>
      </w:tr>
      <w:tr w:rsidR="00684D23" w:rsidRPr="00684D23" w:rsidTr="00684D23">
        <w:trPr>
          <w:trHeight w:val="3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3rd Year</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Girl</w:t>
            </w:r>
          </w:p>
        </w:tc>
        <w:tc>
          <w:tcPr>
            <w:tcW w:w="328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Komal</w:t>
            </w:r>
          </w:p>
        </w:tc>
      </w:tr>
      <w:tr w:rsidR="00684D23" w:rsidRPr="00684D23" w:rsidTr="00684D23">
        <w:trPr>
          <w:trHeight w:val="3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4th Year</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Boy</w:t>
            </w:r>
          </w:p>
        </w:tc>
        <w:tc>
          <w:tcPr>
            <w:tcW w:w="328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Navish</w:t>
            </w:r>
          </w:p>
        </w:tc>
      </w:tr>
      <w:tr w:rsidR="00684D23" w:rsidRPr="00684D23" w:rsidTr="00684D23">
        <w:trPr>
          <w:trHeight w:val="3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4th Year</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Girls</w:t>
            </w:r>
          </w:p>
        </w:tc>
        <w:tc>
          <w:tcPr>
            <w:tcW w:w="328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Mouli, Ankita, Divya, Neha</w:t>
            </w:r>
          </w:p>
        </w:tc>
      </w:tr>
      <w:tr w:rsidR="00684D23" w:rsidRPr="00684D23" w:rsidTr="00684D23">
        <w:trPr>
          <w:trHeight w:val="375"/>
        </w:trPr>
        <w:tc>
          <w:tcPr>
            <w:tcW w:w="9360" w:type="dxa"/>
            <w:gridSpan w:val="3"/>
            <w:tcBorders>
              <w:top w:val="single" w:sz="4" w:space="0" w:color="auto"/>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jc w:val="center"/>
              <w:rPr>
                <w:rFonts w:ascii="Times New Roman" w:eastAsia="Times New Roman" w:hAnsi="Times New Roman" w:cs="Times New Roman"/>
                <w:b/>
                <w:bCs/>
                <w:sz w:val="28"/>
                <w:szCs w:val="28"/>
              </w:rPr>
            </w:pPr>
            <w:r w:rsidRPr="00684D23">
              <w:rPr>
                <w:rFonts w:ascii="Times New Roman" w:eastAsia="Times New Roman" w:hAnsi="Times New Roman" w:cs="Times New Roman"/>
                <w:b/>
                <w:bCs/>
                <w:sz w:val="28"/>
                <w:szCs w:val="28"/>
              </w:rPr>
              <w:t>Badminton</w:t>
            </w:r>
          </w:p>
        </w:tc>
      </w:tr>
      <w:tr w:rsidR="00684D23" w:rsidRPr="00684D23" w:rsidTr="00684D23">
        <w:trPr>
          <w:trHeight w:val="3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Year</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Participants</w:t>
            </w:r>
          </w:p>
        </w:tc>
        <w:tc>
          <w:tcPr>
            <w:tcW w:w="3280" w:type="dxa"/>
            <w:tcBorders>
              <w:top w:val="nil"/>
              <w:left w:val="nil"/>
              <w:bottom w:val="single" w:sz="4" w:space="0" w:color="auto"/>
              <w:right w:val="single" w:sz="4" w:space="0" w:color="auto"/>
            </w:tcBorders>
            <w:shd w:val="clear" w:color="auto" w:fill="auto"/>
            <w:noWrap/>
            <w:vAlign w:val="bottom"/>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 </w:t>
            </w:r>
          </w:p>
        </w:tc>
      </w:tr>
      <w:tr w:rsidR="00684D23" w:rsidRPr="00684D23" w:rsidTr="00684D23">
        <w:trPr>
          <w:trHeight w:val="6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1st Year</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Jasnoor, Nimrit, Vandita, Priya, Ravinder, Roshan, Pradyumn</w:t>
            </w:r>
          </w:p>
        </w:tc>
        <w:tc>
          <w:tcPr>
            <w:tcW w:w="3280" w:type="dxa"/>
            <w:tcBorders>
              <w:top w:val="nil"/>
              <w:left w:val="nil"/>
              <w:bottom w:val="single" w:sz="4" w:space="0" w:color="auto"/>
              <w:right w:val="single" w:sz="4" w:space="0" w:color="auto"/>
            </w:tcBorders>
            <w:shd w:val="clear" w:color="auto" w:fill="auto"/>
            <w:noWrap/>
            <w:vAlign w:val="bottom"/>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 </w:t>
            </w:r>
          </w:p>
        </w:tc>
      </w:tr>
      <w:tr w:rsidR="00684D23" w:rsidRPr="00684D23" w:rsidTr="00684D23">
        <w:trPr>
          <w:trHeight w:val="6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2nd Year</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Annu, Payal, Anjali Negi, Manish, Balkar, Harman, Sooraj, Kishan</w:t>
            </w:r>
          </w:p>
        </w:tc>
        <w:tc>
          <w:tcPr>
            <w:tcW w:w="3280" w:type="dxa"/>
            <w:tcBorders>
              <w:top w:val="nil"/>
              <w:left w:val="nil"/>
              <w:bottom w:val="single" w:sz="4" w:space="0" w:color="auto"/>
              <w:right w:val="single" w:sz="4" w:space="0" w:color="auto"/>
            </w:tcBorders>
            <w:shd w:val="clear" w:color="auto" w:fill="auto"/>
            <w:noWrap/>
            <w:vAlign w:val="bottom"/>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 </w:t>
            </w:r>
          </w:p>
        </w:tc>
      </w:tr>
      <w:tr w:rsidR="00684D23" w:rsidRPr="00684D23" w:rsidTr="00684D23">
        <w:trPr>
          <w:trHeight w:val="3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3rd Year</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Yuvraj, Imran, Nikhil, Harman, Manir</w:t>
            </w:r>
          </w:p>
        </w:tc>
        <w:tc>
          <w:tcPr>
            <w:tcW w:w="3280" w:type="dxa"/>
            <w:tcBorders>
              <w:top w:val="nil"/>
              <w:left w:val="nil"/>
              <w:bottom w:val="single" w:sz="4" w:space="0" w:color="auto"/>
              <w:right w:val="single" w:sz="4" w:space="0" w:color="auto"/>
            </w:tcBorders>
            <w:shd w:val="clear" w:color="auto" w:fill="auto"/>
            <w:noWrap/>
            <w:vAlign w:val="bottom"/>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 </w:t>
            </w:r>
          </w:p>
        </w:tc>
      </w:tr>
      <w:tr w:rsidR="00684D23" w:rsidRPr="00684D23" w:rsidTr="00684D23">
        <w:trPr>
          <w:trHeight w:val="6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4th Year</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Meenakshi, Mouli, Neha, Reshama, Geetanjli, Navish</w:t>
            </w:r>
          </w:p>
        </w:tc>
        <w:tc>
          <w:tcPr>
            <w:tcW w:w="3280" w:type="dxa"/>
            <w:tcBorders>
              <w:top w:val="nil"/>
              <w:left w:val="nil"/>
              <w:bottom w:val="single" w:sz="4" w:space="0" w:color="auto"/>
              <w:right w:val="single" w:sz="4" w:space="0" w:color="auto"/>
            </w:tcBorders>
            <w:shd w:val="clear" w:color="auto" w:fill="auto"/>
            <w:noWrap/>
            <w:vAlign w:val="bottom"/>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 </w:t>
            </w:r>
          </w:p>
        </w:tc>
      </w:tr>
      <w:tr w:rsidR="00684D23" w:rsidRPr="00684D23" w:rsidTr="00684D23">
        <w:trPr>
          <w:trHeight w:val="375"/>
        </w:trPr>
        <w:tc>
          <w:tcPr>
            <w:tcW w:w="9360" w:type="dxa"/>
            <w:gridSpan w:val="3"/>
            <w:tcBorders>
              <w:top w:val="single" w:sz="4" w:space="0" w:color="auto"/>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jc w:val="center"/>
              <w:rPr>
                <w:rFonts w:ascii="Times New Roman" w:eastAsia="Times New Roman" w:hAnsi="Times New Roman" w:cs="Times New Roman"/>
                <w:b/>
                <w:bCs/>
                <w:sz w:val="28"/>
                <w:szCs w:val="28"/>
              </w:rPr>
            </w:pPr>
            <w:r w:rsidRPr="00684D23">
              <w:rPr>
                <w:rFonts w:ascii="Times New Roman" w:eastAsia="Times New Roman" w:hAnsi="Times New Roman" w:cs="Times New Roman"/>
                <w:b/>
                <w:bCs/>
                <w:sz w:val="28"/>
                <w:szCs w:val="28"/>
              </w:rPr>
              <w:t>Kho-Kho</w:t>
            </w:r>
          </w:p>
        </w:tc>
      </w:tr>
      <w:tr w:rsidR="00684D23" w:rsidRPr="00684D23" w:rsidTr="00684D23">
        <w:trPr>
          <w:trHeight w:val="3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Year</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Participants</w:t>
            </w:r>
          </w:p>
        </w:tc>
        <w:tc>
          <w:tcPr>
            <w:tcW w:w="3280" w:type="dxa"/>
            <w:tcBorders>
              <w:top w:val="nil"/>
              <w:left w:val="nil"/>
              <w:bottom w:val="single" w:sz="4" w:space="0" w:color="auto"/>
              <w:right w:val="single" w:sz="4" w:space="0" w:color="auto"/>
            </w:tcBorders>
            <w:shd w:val="clear" w:color="auto" w:fill="auto"/>
            <w:noWrap/>
            <w:vAlign w:val="bottom"/>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 </w:t>
            </w:r>
          </w:p>
        </w:tc>
      </w:tr>
      <w:tr w:rsidR="00684D23" w:rsidRPr="00684D23" w:rsidTr="00684D23">
        <w:trPr>
          <w:trHeight w:val="9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1st Year</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Sarabjit, Pawan, Vandita, Nimrit, Priya, Anjali, Amanjot, Bhumika, Soni, Palak, Harjashan, Simran</w:t>
            </w:r>
          </w:p>
        </w:tc>
        <w:tc>
          <w:tcPr>
            <w:tcW w:w="3280" w:type="dxa"/>
            <w:tcBorders>
              <w:top w:val="nil"/>
              <w:left w:val="nil"/>
              <w:bottom w:val="single" w:sz="4" w:space="0" w:color="auto"/>
              <w:right w:val="single" w:sz="4" w:space="0" w:color="auto"/>
            </w:tcBorders>
            <w:shd w:val="clear" w:color="auto" w:fill="auto"/>
            <w:noWrap/>
            <w:vAlign w:val="bottom"/>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 </w:t>
            </w:r>
          </w:p>
        </w:tc>
      </w:tr>
      <w:tr w:rsidR="00684D23" w:rsidRPr="00684D23" w:rsidTr="00684D23">
        <w:trPr>
          <w:trHeight w:val="9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lastRenderedPageBreak/>
              <w:t>2nd Year</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Shabnam, Sharan, Jaspreet, Anu, Darsh, Anjali Negi, Sachnoor, Harman, Payal, Navjot, Neha, Sneha</w:t>
            </w:r>
          </w:p>
        </w:tc>
        <w:tc>
          <w:tcPr>
            <w:tcW w:w="3280" w:type="dxa"/>
            <w:tcBorders>
              <w:top w:val="nil"/>
              <w:left w:val="nil"/>
              <w:bottom w:val="single" w:sz="4" w:space="0" w:color="auto"/>
              <w:right w:val="single" w:sz="4" w:space="0" w:color="auto"/>
            </w:tcBorders>
            <w:shd w:val="clear" w:color="auto" w:fill="auto"/>
            <w:noWrap/>
            <w:vAlign w:val="bottom"/>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 </w:t>
            </w:r>
          </w:p>
        </w:tc>
      </w:tr>
      <w:tr w:rsidR="00684D23" w:rsidRPr="00684D23" w:rsidTr="00684D23">
        <w:trPr>
          <w:trHeight w:val="900"/>
        </w:trPr>
        <w:tc>
          <w:tcPr>
            <w:tcW w:w="2480" w:type="dxa"/>
            <w:tcBorders>
              <w:top w:val="nil"/>
              <w:left w:val="single" w:sz="4" w:space="0" w:color="auto"/>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4th Year</w:t>
            </w:r>
          </w:p>
        </w:tc>
        <w:tc>
          <w:tcPr>
            <w:tcW w:w="3600" w:type="dxa"/>
            <w:tcBorders>
              <w:top w:val="nil"/>
              <w:left w:val="nil"/>
              <w:bottom w:val="single" w:sz="4" w:space="0" w:color="auto"/>
              <w:right w:val="single" w:sz="4" w:space="0" w:color="auto"/>
            </w:tcBorders>
            <w:shd w:val="clear" w:color="auto" w:fill="auto"/>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Neha, Divya, Ankita, Mouli, Minakshi, Sneha, Rounak, Rozy, Mukesh, Laxmi, Reshma, Geetanjali</w:t>
            </w:r>
          </w:p>
        </w:tc>
        <w:tc>
          <w:tcPr>
            <w:tcW w:w="3280" w:type="dxa"/>
            <w:tcBorders>
              <w:top w:val="nil"/>
              <w:left w:val="nil"/>
              <w:bottom w:val="single" w:sz="4" w:space="0" w:color="auto"/>
              <w:right w:val="single" w:sz="4" w:space="0" w:color="auto"/>
            </w:tcBorders>
            <w:shd w:val="clear" w:color="auto" w:fill="auto"/>
            <w:noWrap/>
            <w:vAlign w:val="bottom"/>
            <w:hideMark/>
          </w:tcPr>
          <w:p w:rsidR="00684D23" w:rsidRPr="00684D23" w:rsidRDefault="00684D23" w:rsidP="00684D23">
            <w:pPr>
              <w:spacing w:after="0"/>
              <w:rPr>
                <w:rFonts w:ascii="Times New Roman" w:eastAsia="Times New Roman" w:hAnsi="Times New Roman" w:cs="Times New Roman"/>
              </w:rPr>
            </w:pPr>
            <w:r w:rsidRPr="00684D23">
              <w:rPr>
                <w:rFonts w:ascii="Times New Roman" w:eastAsia="Times New Roman" w:hAnsi="Times New Roman" w:cs="Times New Roman"/>
              </w:rPr>
              <w:t> </w:t>
            </w:r>
          </w:p>
        </w:tc>
      </w:tr>
    </w:tbl>
    <w:p w:rsidR="00684D23" w:rsidRPr="00684D23" w:rsidRDefault="00684D23" w:rsidP="00FF4034">
      <w:pPr>
        <w:spacing w:after="0"/>
        <w:rPr>
          <w:rFonts w:ascii="Times New Roman" w:hAnsi="Times New Roman" w:cs="Times New Roman"/>
          <w:b/>
          <w:u w:val="single"/>
        </w:rPr>
      </w:pPr>
    </w:p>
    <w:p w:rsidR="00684D23" w:rsidRDefault="00684D23" w:rsidP="00FF4034">
      <w:pPr>
        <w:spacing w:after="0"/>
        <w:rPr>
          <w:rFonts w:ascii="Times New Roman" w:hAnsi="Times New Roman" w:cs="Times New Roman"/>
          <w:b/>
        </w:rPr>
      </w:pPr>
    </w:p>
    <w:p w:rsidR="00684D23" w:rsidRPr="00684D23" w:rsidRDefault="00684D23" w:rsidP="00684D23">
      <w:pPr>
        <w:spacing w:after="0"/>
        <w:jc w:val="center"/>
        <w:rPr>
          <w:rFonts w:ascii="Times New Roman" w:hAnsi="Times New Roman" w:cs="Times New Roman"/>
          <w:b/>
          <w:sz w:val="28"/>
          <w:szCs w:val="28"/>
          <w:u w:val="single"/>
        </w:rPr>
      </w:pPr>
      <w:r w:rsidRPr="00684D23">
        <w:rPr>
          <w:rFonts w:ascii="Times New Roman" w:hAnsi="Times New Roman" w:cs="Times New Roman"/>
          <w:b/>
          <w:sz w:val="28"/>
          <w:szCs w:val="28"/>
          <w:u w:val="single"/>
        </w:rPr>
        <w:t>Open Ground</w:t>
      </w:r>
      <w:r>
        <w:rPr>
          <w:rFonts w:ascii="Times New Roman" w:hAnsi="Times New Roman" w:cs="Times New Roman"/>
          <w:b/>
          <w:sz w:val="28"/>
          <w:szCs w:val="28"/>
          <w:u w:val="single"/>
        </w:rPr>
        <w:t xml:space="preserve"> Pictures</w:t>
      </w:r>
    </w:p>
    <w:p w:rsidR="00684D23" w:rsidRDefault="00684D23" w:rsidP="00FF4034">
      <w:pPr>
        <w:spacing w:after="0"/>
        <w:rPr>
          <w:rFonts w:ascii="Times New Roman" w:hAnsi="Times New Roman" w:cs="Times New Roman"/>
          <w:b/>
        </w:rPr>
      </w:pPr>
      <w:r>
        <w:rPr>
          <w:rFonts w:ascii="Times New Roman" w:hAnsi="Times New Roman" w:cs="Times New Roman"/>
          <w:b/>
          <w:noProof/>
        </w:rPr>
        <w:drawing>
          <wp:anchor distT="0" distB="0" distL="114300" distR="114300" simplePos="0" relativeHeight="251677696" behindDoc="0" locked="0" layoutInCell="1" allowOverlap="1">
            <wp:simplePos x="0" y="0"/>
            <wp:positionH relativeFrom="margin">
              <wp:posOffset>2828925</wp:posOffset>
            </wp:positionH>
            <wp:positionV relativeFrom="margin">
              <wp:posOffset>4943475</wp:posOffset>
            </wp:positionV>
            <wp:extent cx="2943225" cy="2847975"/>
            <wp:effectExtent l="19050" t="0" r="9525" b="0"/>
            <wp:wrapSquare wrapText="bothSides"/>
            <wp:docPr id="8" name="Picture 7" descr="IMG-20260318-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318-WA0009.jpg"/>
                    <pic:cNvPicPr/>
                  </pic:nvPicPr>
                  <pic:blipFill>
                    <a:blip r:embed="rId18"/>
                    <a:stretch>
                      <a:fillRect/>
                    </a:stretch>
                  </pic:blipFill>
                  <pic:spPr>
                    <a:xfrm>
                      <a:off x="0" y="0"/>
                      <a:ext cx="2943225" cy="2847975"/>
                    </a:xfrm>
                    <a:prstGeom prst="rect">
                      <a:avLst/>
                    </a:prstGeom>
                  </pic:spPr>
                </pic:pic>
              </a:graphicData>
            </a:graphic>
          </wp:anchor>
        </w:drawing>
      </w:r>
      <w:r>
        <w:rPr>
          <w:rFonts w:ascii="Times New Roman" w:hAnsi="Times New Roman" w:cs="Times New Roman"/>
          <w:b/>
          <w:noProof/>
        </w:rPr>
        <w:drawing>
          <wp:anchor distT="0" distB="0" distL="114300" distR="114300" simplePos="0" relativeHeight="251675648" behindDoc="0" locked="0" layoutInCell="1" allowOverlap="1">
            <wp:simplePos x="0" y="0"/>
            <wp:positionH relativeFrom="margin">
              <wp:posOffset>-123825</wp:posOffset>
            </wp:positionH>
            <wp:positionV relativeFrom="margin">
              <wp:posOffset>4943475</wp:posOffset>
            </wp:positionV>
            <wp:extent cx="2952750" cy="2847975"/>
            <wp:effectExtent l="19050" t="0" r="0" b="0"/>
            <wp:wrapSquare wrapText="bothSides"/>
            <wp:docPr id="6" name="Picture 5" descr="IMG-20260313-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313-WA0012.jpg"/>
                    <pic:cNvPicPr/>
                  </pic:nvPicPr>
                  <pic:blipFill>
                    <a:blip r:embed="rId19"/>
                    <a:stretch>
                      <a:fillRect/>
                    </a:stretch>
                  </pic:blipFill>
                  <pic:spPr>
                    <a:xfrm>
                      <a:off x="0" y="0"/>
                      <a:ext cx="2952750" cy="2847975"/>
                    </a:xfrm>
                    <a:prstGeom prst="rect">
                      <a:avLst/>
                    </a:prstGeom>
                  </pic:spPr>
                </pic:pic>
              </a:graphicData>
            </a:graphic>
          </wp:anchor>
        </w:drawing>
      </w:r>
      <w:r>
        <w:rPr>
          <w:rFonts w:ascii="Times New Roman" w:hAnsi="Times New Roman" w:cs="Times New Roman"/>
          <w:b/>
          <w:noProof/>
        </w:rPr>
        <w:drawing>
          <wp:anchor distT="0" distB="0" distL="114300" distR="114300" simplePos="0" relativeHeight="251676672" behindDoc="0" locked="0" layoutInCell="1" allowOverlap="1">
            <wp:simplePos x="0" y="0"/>
            <wp:positionH relativeFrom="margin">
              <wp:posOffset>-123825</wp:posOffset>
            </wp:positionH>
            <wp:positionV relativeFrom="margin">
              <wp:posOffset>1857375</wp:posOffset>
            </wp:positionV>
            <wp:extent cx="5895975" cy="3086100"/>
            <wp:effectExtent l="19050" t="0" r="9525" b="0"/>
            <wp:wrapSquare wrapText="bothSides"/>
            <wp:docPr id="7" name="Picture 6" descr="IMG-20260319-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319-WA0013.jpg"/>
                    <pic:cNvPicPr/>
                  </pic:nvPicPr>
                  <pic:blipFill>
                    <a:blip r:embed="rId20"/>
                    <a:stretch>
                      <a:fillRect/>
                    </a:stretch>
                  </pic:blipFill>
                  <pic:spPr>
                    <a:xfrm>
                      <a:off x="0" y="0"/>
                      <a:ext cx="5895975" cy="3086100"/>
                    </a:xfrm>
                    <a:prstGeom prst="rect">
                      <a:avLst/>
                    </a:prstGeom>
                  </pic:spPr>
                </pic:pic>
              </a:graphicData>
            </a:graphic>
          </wp:anchor>
        </w:drawing>
      </w:r>
    </w:p>
    <w:p w:rsidR="00645AC6" w:rsidRDefault="00645AC6" w:rsidP="00FF4034">
      <w:pPr>
        <w:spacing w:after="0"/>
        <w:rPr>
          <w:rFonts w:ascii="Times New Roman" w:hAnsi="Times New Roman" w:cs="Times New Roman"/>
          <w:b/>
        </w:rPr>
      </w:pPr>
      <w:r>
        <w:rPr>
          <w:rFonts w:ascii="Times New Roman" w:hAnsi="Times New Roman" w:cs="Times New Roman"/>
          <w:b/>
          <w:noProof/>
        </w:rPr>
        <w:lastRenderedPageBreak/>
        <w:drawing>
          <wp:anchor distT="0" distB="0" distL="114300" distR="114300" simplePos="0" relativeHeight="251673600" behindDoc="0" locked="0" layoutInCell="1" allowOverlap="1">
            <wp:simplePos x="0" y="0"/>
            <wp:positionH relativeFrom="margin">
              <wp:posOffset>3000375</wp:posOffset>
            </wp:positionH>
            <wp:positionV relativeFrom="margin">
              <wp:posOffset>0</wp:posOffset>
            </wp:positionV>
            <wp:extent cx="2419350" cy="3886200"/>
            <wp:effectExtent l="19050" t="0" r="0" b="0"/>
            <wp:wrapSquare wrapText="bothSides"/>
            <wp:docPr id="17" name="Picture 16" descr="IMG-20260319-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319-WA0011.jpg"/>
                    <pic:cNvPicPr/>
                  </pic:nvPicPr>
                  <pic:blipFill>
                    <a:blip r:embed="rId21"/>
                    <a:stretch>
                      <a:fillRect/>
                    </a:stretch>
                  </pic:blipFill>
                  <pic:spPr>
                    <a:xfrm>
                      <a:off x="0" y="0"/>
                      <a:ext cx="2419350" cy="3886200"/>
                    </a:xfrm>
                    <a:prstGeom prst="rect">
                      <a:avLst/>
                    </a:prstGeom>
                  </pic:spPr>
                </pic:pic>
              </a:graphicData>
            </a:graphic>
          </wp:anchor>
        </w:drawing>
      </w:r>
      <w:r>
        <w:rPr>
          <w:rFonts w:ascii="Times New Roman" w:hAnsi="Times New Roman" w:cs="Times New Roman"/>
          <w:b/>
          <w:noProof/>
        </w:rPr>
        <w:drawing>
          <wp:anchor distT="0" distB="0" distL="114300" distR="114300" simplePos="0" relativeHeight="251672576" behindDoc="0" locked="0" layoutInCell="1" allowOverlap="1">
            <wp:simplePos x="0" y="0"/>
            <wp:positionH relativeFrom="margin">
              <wp:align>left</wp:align>
            </wp:positionH>
            <wp:positionV relativeFrom="margin">
              <wp:align>top</wp:align>
            </wp:positionV>
            <wp:extent cx="2879090" cy="3838575"/>
            <wp:effectExtent l="19050" t="0" r="0" b="0"/>
            <wp:wrapSquare wrapText="bothSides"/>
            <wp:docPr id="16" name="Picture 15" descr="IMG-20260319-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319-WA0000.jpg"/>
                    <pic:cNvPicPr/>
                  </pic:nvPicPr>
                  <pic:blipFill>
                    <a:blip r:embed="rId22"/>
                    <a:stretch>
                      <a:fillRect/>
                    </a:stretch>
                  </pic:blipFill>
                  <pic:spPr>
                    <a:xfrm>
                      <a:off x="0" y="0"/>
                      <a:ext cx="2879090" cy="3838575"/>
                    </a:xfrm>
                    <a:prstGeom prst="rect">
                      <a:avLst/>
                    </a:prstGeom>
                  </pic:spPr>
                </pic:pic>
              </a:graphicData>
            </a:graphic>
          </wp:anchor>
        </w:drawing>
      </w:r>
    </w:p>
    <w:p w:rsidR="00295E37" w:rsidRDefault="00124AD9" w:rsidP="00FF4034">
      <w:pPr>
        <w:spacing w:after="0"/>
        <w:rPr>
          <w:rFonts w:ascii="Times New Roman" w:hAnsi="Times New Roman" w:cs="Times New Roman"/>
        </w:rPr>
      </w:pPr>
      <w:r w:rsidRPr="00295E37">
        <w:rPr>
          <w:rFonts w:ascii="Times New Roman" w:hAnsi="Times New Roman" w:cs="Times New Roman"/>
          <w:b/>
        </w:rPr>
        <w:t>Chess (Boys):</w:t>
      </w:r>
      <w:r w:rsidRPr="008E0CD4">
        <w:rPr>
          <w:rFonts w:ascii="Times New Roman" w:hAnsi="Times New Roman" w:cs="Times New Roman"/>
        </w:rPr>
        <w:t xml:space="preserve"> 1st – Kishan | 2nd – Ibrahim | 3rd – Afzal</w:t>
      </w:r>
      <w:r w:rsidRPr="008E0CD4">
        <w:rPr>
          <w:rFonts w:ascii="Times New Roman" w:hAnsi="Times New Roman" w:cs="Times New Roman"/>
        </w:rPr>
        <w:br/>
      </w:r>
      <w:r w:rsidRPr="00295E37">
        <w:rPr>
          <w:rFonts w:ascii="Times New Roman" w:hAnsi="Times New Roman" w:cs="Times New Roman"/>
          <w:b/>
        </w:rPr>
        <w:t>Chess (Girls):</w:t>
      </w:r>
      <w:r w:rsidRPr="008E0CD4">
        <w:rPr>
          <w:rFonts w:ascii="Times New Roman" w:hAnsi="Times New Roman" w:cs="Times New Roman"/>
        </w:rPr>
        <w:t xml:space="preserve"> 1st – Kavita | 2nd – Vandita</w:t>
      </w:r>
      <w:r w:rsidRPr="008E0CD4">
        <w:rPr>
          <w:rFonts w:ascii="Times New Roman" w:hAnsi="Times New Roman" w:cs="Times New Roman"/>
        </w:rPr>
        <w:br/>
      </w:r>
      <w:r w:rsidRPr="00295E37">
        <w:rPr>
          <w:rFonts w:ascii="Times New Roman" w:hAnsi="Times New Roman" w:cs="Times New Roman"/>
          <w:b/>
        </w:rPr>
        <w:t>Carrom (Boys):</w:t>
      </w:r>
      <w:r w:rsidRPr="008E0CD4">
        <w:rPr>
          <w:rFonts w:ascii="Times New Roman" w:hAnsi="Times New Roman" w:cs="Times New Roman"/>
        </w:rPr>
        <w:t xml:space="preserve"> 1st – Ibrahim | 2nd – Ravi Kant | 3rd – Kishan</w:t>
      </w:r>
      <w:r w:rsidRPr="008E0CD4">
        <w:rPr>
          <w:rFonts w:ascii="Times New Roman" w:hAnsi="Times New Roman" w:cs="Times New Roman"/>
        </w:rPr>
        <w:br/>
      </w:r>
      <w:r w:rsidRPr="008E0CD4">
        <w:rPr>
          <w:rFonts w:ascii="Times New Roman" w:hAnsi="Times New Roman" w:cs="Times New Roman"/>
        </w:rPr>
        <w:br/>
      </w:r>
      <w:r w:rsidRPr="00295E37">
        <w:rPr>
          <w:rFonts w:ascii="Times New Roman" w:hAnsi="Times New Roman" w:cs="Times New Roman"/>
          <w:b/>
        </w:rPr>
        <w:t>Field Events:</w:t>
      </w:r>
    </w:p>
    <w:p w:rsidR="00FF4034" w:rsidRDefault="00124AD9" w:rsidP="00FF4034">
      <w:pPr>
        <w:spacing w:after="0"/>
        <w:rPr>
          <w:rFonts w:ascii="Times New Roman" w:hAnsi="Times New Roman" w:cs="Times New Roman"/>
        </w:rPr>
      </w:pPr>
      <w:r w:rsidRPr="008E0CD4">
        <w:rPr>
          <w:rFonts w:ascii="Times New Roman" w:hAnsi="Times New Roman" w:cs="Times New Roman"/>
        </w:rPr>
        <w:br/>
      </w:r>
      <w:r w:rsidRPr="00295E37">
        <w:rPr>
          <w:rFonts w:ascii="Times New Roman" w:hAnsi="Times New Roman" w:cs="Times New Roman"/>
          <w:b/>
        </w:rPr>
        <w:t>Shot Put (Girls):</w:t>
      </w:r>
      <w:r w:rsidRPr="008E0CD4">
        <w:rPr>
          <w:rFonts w:ascii="Times New Roman" w:hAnsi="Times New Roman" w:cs="Times New Roman"/>
        </w:rPr>
        <w:t xml:space="preserve"> 1st – Sneha | 2nd – Resham | 3rd – Neha</w:t>
      </w:r>
      <w:r w:rsidRPr="008E0CD4">
        <w:rPr>
          <w:rFonts w:ascii="Times New Roman" w:hAnsi="Times New Roman" w:cs="Times New Roman"/>
        </w:rPr>
        <w:br/>
      </w:r>
      <w:r w:rsidRPr="00295E37">
        <w:rPr>
          <w:rFonts w:ascii="Times New Roman" w:hAnsi="Times New Roman" w:cs="Times New Roman"/>
          <w:b/>
        </w:rPr>
        <w:t>Shot Put (Boys</w:t>
      </w:r>
      <w:r w:rsidRPr="008E0CD4">
        <w:rPr>
          <w:rFonts w:ascii="Times New Roman" w:hAnsi="Times New Roman" w:cs="Times New Roman"/>
        </w:rPr>
        <w:t>): 1st – Arnav | 2nd – Arjun | 3rd – Yuvraj</w:t>
      </w:r>
      <w:r w:rsidRPr="008E0CD4">
        <w:rPr>
          <w:rFonts w:ascii="Times New Roman" w:hAnsi="Times New Roman" w:cs="Times New Roman"/>
        </w:rPr>
        <w:br/>
      </w:r>
    </w:p>
    <w:p w:rsidR="00295E37" w:rsidRDefault="00124AD9" w:rsidP="00DA473A">
      <w:pPr>
        <w:spacing w:after="0" w:line="240" w:lineRule="auto"/>
        <w:jc w:val="center"/>
        <w:rPr>
          <w:rFonts w:ascii="Times New Roman" w:hAnsi="Times New Roman" w:cs="Times New Roman"/>
          <w:b/>
          <w:sz w:val="28"/>
        </w:rPr>
      </w:pPr>
      <w:r w:rsidRPr="008E0CD4">
        <w:rPr>
          <w:rFonts w:ascii="Times New Roman" w:hAnsi="Times New Roman" w:cs="Times New Roman"/>
        </w:rPr>
        <w:br/>
      </w:r>
      <w:r w:rsidR="00001370">
        <w:rPr>
          <w:rFonts w:ascii="Times New Roman" w:hAnsi="Times New Roman" w:cs="Times New Roman"/>
          <w:b/>
          <w:sz w:val="28"/>
        </w:rPr>
        <w:t>Team Events</w:t>
      </w:r>
    </w:p>
    <w:p w:rsidR="00001370" w:rsidRDefault="00001370" w:rsidP="00DA473A">
      <w:pPr>
        <w:spacing w:after="0" w:line="240" w:lineRule="auto"/>
        <w:jc w:val="center"/>
        <w:rPr>
          <w:rFonts w:ascii="Times New Roman" w:hAnsi="Times New Roman" w:cs="Times New Roman"/>
          <w:b/>
          <w:sz w:val="28"/>
        </w:rPr>
      </w:pPr>
    </w:p>
    <w:p w:rsidR="00295E37" w:rsidRDefault="00124AD9" w:rsidP="00001370">
      <w:pPr>
        <w:spacing w:after="0"/>
        <w:rPr>
          <w:rFonts w:ascii="Times New Roman" w:hAnsi="Times New Roman" w:cs="Times New Roman"/>
        </w:rPr>
      </w:pPr>
      <w:r w:rsidRPr="00295E37">
        <w:rPr>
          <w:rFonts w:ascii="Times New Roman" w:hAnsi="Times New Roman" w:cs="Times New Roman"/>
          <w:b/>
        </w:rPr>
        <w:t>Badminton (Girls):</w:t>
      </w:r>
      <w:r w:rsidRPr="008E0CD4">
        <w:rPr>
          <w:rFonts w:ascii="Times New Roman" w:hAnsi="Times New Roman" w:cs="Times New Roman"/>
        </w:rPr>
        <w:t xml:space="preserve"> 1st – Meenakshi, Neha</w:t>
      </w:r>
      <w:r w:rsidRPr="008E0CD4">
        <w:rPr>
          <w:rFonts w:ascii="Times New Roman" w:hAnsi="Times New Roman" w:cs="Times New Roman"/>
        </w:rPr>
        <w:br/>
      </w:r>
      <w:r w:rsidRPr="00295E37">
        <w:rPr>
          <w:rFonts w:ascii="Times New Roman" w:hAnsi="Times New Roman" w:cs="Times New Roman"/>
          <w:b/>
        </w:rPr>
        <w:t>Badminton (Boys):</w:t>
      </w:r>
      <w:r w:rsidRPr="008E0CD4">
        <w:rPr>
          <w:rFonts w:ascii="Times New Roman" w:hAnsi="Times New Roman" w:cs="Times New Roman"/>
        </w:rPr>
        <w:t xml:space="preserve"> 1st – Navish </w:t>
      </w:r>
      <w:r w:rsidR="00001370">
        <w:rPr>
          <w:rFonts w:ascii="Times New Roman" w:hAnsi="Times New Roman" w:cs="Times New Roman"/>
        </w:rPr>
        <w:t>| 2nd – Nikhil | 3rd – Praduman</w:t>
      </w:r>
      <w:r w:rsidRPr="008E0CD4">
        <w:rPr>
          <w:rFonts w:ascii="Times New Roman" w:hAnsi="Times New Roman" w:cs="Times New Roman"/>
        </w:rPr>
        <w:br/>
      </w:r>
      <w:r w:rsidRPr="00295E37">
        <w:rPr>
          <w:rFonts w:ascii="Times New Roman" w:hAnsi="Times New Roman" w:cs="Times New Roman"/>
          <w:b/>
        </w:rPr>
        <w:t>Kho-Kho (Girls Team):</w:t>
      </w:r>
      <w:r w:rsidRPr="008E0CD4">
        <w:rPr>
          <w:rFonts w:ascii="Times New Roman" w:hAnsi="Times New Roman" w:cs="Times New Roman"/>
        </w:rPr>
        <w:t xml:space="preserve"> Anjali Negi, Sachnoor, Harman, Sneha, Navjot Kaur, Payal, Anshika, Sharanpreet, Annu, Darshpreet, Neha, Shabnam</w:t>
      </w:r>
      <w:r w:rsidRPr="008E0CD4">
        <w:rPr>
          <w:rFonts w:ascii="Times New Roman" w:hAnsi="Times New Roman" w:cs="Times New Roman"/>
        </w:rPr>
        <w:br/>
      </w:r>
      <w:r w:rsidRPr="00295E37">
        <w:rPr>
          <w:rFonts w:ascii="Times New Roman" w:hAnsi="Times New Roman" w:cs="Times New Roman"/>
          <w:b/>
        </w:rPr>
        <w:t>Football (Boys Team):</w:t>
      </w:r>
      <w:r w:rsidRPr="008E0CD4">
        <w:rPr>
          <w:rFonts w:ascii="Times New Roman" w:hAnsi="Times New Roman" w:cs="Times New Roman"/>
        </w:rPr>
        <w:t xml:space="preserve"> Navish, Ronelsom, Sidharth, Niku, Akhil, Sukhdev, Praduman</w:t>
      </w:r>
      <w:r w:rsidRPr="008E0CD4">
        <w:rPr>
          <w:rFonts w:ascii="Times New Roman" w:hAnsi="Times New Roman" w:cs="Times New Roman"/>
        </w:rPr>
        <w:br/>
      </w:r>
      <w:r w:rsidRPr="00295E37">
        <w:rPr>
          <w:rFonts w:ascii="Times New Roman" w:hAnsi="Times New Roman" w:cs="Times New Roman"/>
          <w:b/>
        </w:rPr>
        <w:t>Volleyball (Boys Team):</w:t>
      </w:r>
      <w:r w:rsidRPr="008E0CD4">
        <w:rPr>
          <w:rFonts w:ascii="Times New Roman" w:hAnsi="Times New Roman" w:cs="Times New Roman"/>
        </w:rPr>
        <w:t xml:space="preserve"> Rajit, Satnam, Harmandeep Singh, Balkar, Akhil, Gurpinder</w:t>
      </w:r>
      <w:r w:rsidRPr="008E0CD4">
        <w:rPr>
          <w:rFonts w:ascii="Times New Roman" w:hAnsi="Times New Roman" w:cs="Times New Roman"/>
        </w:rPr>
        <w:br/>
      </w:r>
      <w:r w:rsidRPr="00295E37">
        <w:rPr>
          <w:rFonts w:ascii="Times New Roman" w:hAnsi="Times New Roman" w:cs="Times New Roman"/>
          <w:b/>
        </w:rPr>
        <w:t>Dodgeball (Girls Team):</w:t>
      </w:r>
      <w:r w:rsidRPr="008E0CD4">
        <w:rPr>
          <w:rFonts w:ascii="Times New Roman" w:hAnsi="Times New Roman" w:cs="Times New Roman"/>
        </w:rPr>
        <w:t xml:space="preserve"> Divya, Meenakshi, Neha, Ankita, Geetanjali, Sneha</w:t>
      </w:r>
      <w:r w:rsidRPr="008E0CD4">
        <w:rPr>
          <w:rFonts w:ascii="Times New Roman" w:hAnsi="Times New Roman" w:cs="Times New Roman"/>
        </w:rPr>
        <w:br/>
      </w:r>
      <w:r w:rsidRPr="00295E37">
        <w:rPr>
          <w:rFonts w:ascii="Times New Roman" w:hAnsi="Times New Roman" w:cs="Times New Roman"/>
          <w:b/>
        </w:rPr>
        <w:t>Tug of War (Girls Team):</w:t>
      </w:r>
      <w:r w:rsidRPr="008E0CD4">
        <w:rPr>
          <w:rFonts w:ascii="Times New Roman" w:hAnsi="Times New Roman" w:cs="Times New Roman"/>
        </w:rPr>
        <w:t xml:space="preserve"> Arti, Navleen, Deepika, Muskan, Sneha, Anjali, Shivangi, Ramita, Vanshika, Resham</w:t>
      </w:r>
      <w:r w:rsidRPr="008E0CD4">
        <w:rPr>
          <w:rFonts w:ascii="Times New Roman" w:hAnsi="Times New Roman" w:cs="Times New Roman"/>
        </w:rPr>
        <w:br/>
      </w:r>
      <w:r w:rsidRPr="008E0CD4">
        <w:rPr>
          <w:rFonts w:ascii="Times New Roman" w:hAnsi="Times New Roman" w:cs="Times New Roman"/>
        </w:rPr>
        <w:lastRenderedPageBreak/>
        <w:br/>
      </w:r>
      <w:r w:rsidR="00001370">
        <w:rPr>
          <w:rFonts w:ascii="Times New Roman" w:hAnsi="Times New Roman" w:cs="Times New Roman"/>
          <w:b/>
          <w:sz w:val="28"/>
        </w:rPr>
        <w:t xml:space="preserve">                                              </w:t>
      </w:r>
      <w:r w:rsidRPr="00295E37">
        <w:rPr>
          <w:rFonts w:ascii="Times New Roman" w:hAnsi="Times New Roman" w:cs="Times New Roman"/>
          <w:b/>
          <w:sz w:val="28"/>
        </w:rPr>
        <w:t>Prize Distribution</w:t>
      </w:r>
    </w:p>
    <w:p w:rsidR="00295E37" w:rsidRDefault="00124AD9" w:rsidP="00DA473A">
      <w:pPr>
        <w:spacing w:after="0"/>
        <w:rPr>
          <w:rFonts w:ascii="Times New Roman" w:hAnsi="Times New Roman" w:cs="Times New Roman"/>
          <w:b/>
          <w:sz w:val="28"/>
        </w:rPr>
      </w:pPr>
      <w:r w:rsidRPr="008E0CD4">
        <w:rPr>
          <w:rFonts w:ascii="Times New Roman" w:hAnsi="Times New Roman" w:cs="Times New Roman"/>
        </w:rPr>
        <w:br/>
        <w:t>First position holders received trophies and gold medals</w:t>
      </w:r>
      <w:r w:rsidR="00FE751C">
        <w:rPr>
          <w:rFonts w:ascii="Times New Roman" w:hAnsi="Times New Roman" w:cs="Times New Roman"/>
        </w:rPr>
        <w:t>, second received silver medals</w:t>
      </w:r>
      <w:r w:rsidR="00DA473A">
        <w:rPr>
          <w:rFonts w:ascii="Times New Roman" w:hAnsi="Times New Roman" w:cs="Times New Roman"/>
        </w:rPr>
        <w:t xml:space="preserve"> and third </w:t>
      </w:r>
      <w:r w:rsidRPr="008E0CD4">
        <w:rPr>
          <w:rFonts w:ascii="Times New Roman" w:hAnsi="Times New Roman" w:cs="Times New Roman"/>
        </w:rPr>
        <w:t>received bronze medals.</w:t>
      </w:r>
      <w:r w:rsidRPr="008E0CD4">
        <w:rPr>
          <w:rFonts w:ascii="Times New Roman" w:hAnsi="Times New Roman" w:cs="Times New Roman"/>
        </w:rPr>
        <w:br/>
      </w:r>
      <w:r w:rsidRPr="008E0CD4">
        <w:rPr>
          <w:rFonts w:ascii="Times New Roman" w:hAnsi="Times New Roman" w:cs="Times New Roman"/>
        </w:rPr>
        <w:br/>
      </w:r>
      <w:r w:rsidR="00001370">
        <w:rPr>
          <w:rFonts w:ascii="Times New Roman" w:hAnsi="Times New Roman" w:cs="Times New Roman"/>
          <w:b/>
          <w:sz w:val="28"/>
        </w:rPr>
        <w:t xml:space="preserve">                                                     Conclusion</w:t>
      </w:r>
    </w:p>
    <w:p w:rsidR="006237BE" w:rsidRDefault="00124AD9" w:rsidP="00FF4034">
      <w:pPr>
        <w:spacing w:after="0"/>
        <w:rPr>
          <w:rFonts w:ascii="Times New Roman" w:hAnsi="Times New Roman" w:cs="Times New Roman"/>
        </w:rPr>
      </w:pPr>
      <w:r w:rsidRPr="00295E37">
        <w:rPr>
          <w:rFonts w:ascii="Times New Roman" w:hAnsi="Times New Roman" w:cs="Times New Roman"/>
          <w:b/>
          <w:sz w:val="28"/>
        </w:rPr>
        <w:br/>
      </w:r>
      <w:r w:rsidRPr="008E0CD4">
        <w:rPr>
          <w:rFonts w:ascii="Times New Roman" w:hAnsi="Times New Roman" w:cs="Times New Roman"/>
        </w:rPr>
        <w:t>The event concluded successfully under the guidance of Principal</w:t>
      </w:r>
      <w:r w:rsidR="00FE751C">
        <w:rPr>
          <w:rFonts w:ascii="Times New Roman" w:hAnsi="Times New Roman" w:cs="Times New Roman"/>
        </w:rPr>
        <w:t xml:space="preserve"> Prof. </w:t>
      </w:r>
      <w:r w:rsidR="00295E37">
        <w:rPr>
          <w:rFonts w:ascii="Times New Roman" w:hAnsi="Times New Roman" w:cs="Times New Roman"/>
        </w:rPr>
        <w:t>S.P. Goe</w:t>
      </w:r>
      <w:r w:rsidR="00FE751C">
        <w:rPr>
          <w:rFonts w:ascii="Times New Roman" w:hAnsi="Times New Roman" w:cs="Times New Roman"/>
        </w:rPr>
        <w:t>l,</w:t>
      </w:r>
      <w:r w:rsidRPr="008E0CD4">
        <w:rPr>
          <w:rFonts w:ascii="Times New Roman" w:hAnsi="Times New Roman" w:cs="Times New Roman"/>
        </w:rPr>
        <w:t xml:space="preserve"> </w:t>
      </w:r>
      <w:r w:rsidR="00295E37">
        <w:rPr>
          <w:rFonts w:ascii="Times New Roman" w:hAnsi="Times New Roman" w:cs="Times New Roman"/>
        </w:rPr>
        <w:t>Dr.</w:t>
      </w:r>
      <w:r w:rsidRPr="008E0CD4">
        <w:rPr>
          <w:rFonts w:ascii="Times New Roman" w:hAnsi="Times New Roman" w:cs="Times New Roman"/>
        </w:rPr>
        <w:t xml:space="preserve"> Vandana Kharb</w:t>
      </w:r>
      <w:r w:rsidR="00FE751C">
        <w:rPr>
          <w:rFonts w:ascii="Times New Roman" w:hAnsi="Times New Roman" w:cs="Times New Roman"/>
        </w:rPr>
        <w:t xml:space="preserve"> </w:t>
      </w:r>
      <w:r w:rsidR="00295E37" w:rsidRPr="008E0CD4">
        <w:rPr>
          <w:rFonts w:ascii="Times New Roman" w:hAnsi="Times New Roman" w:cs="Times New Roman"/>
        </w:rPr>
        <w:t>HOD (B.Pharmacy)</w:t>
      </w:r>
      <w:r w:rsidRPr="008E0CD4">
        <w:rPr>
          <w:rFonts w:ascii="Times New Roman" w:hAnsi="Times New Roman" w:cs="Times New Roman"/>
        </w:rPr>
        <w:t xml:space="preserve"> and Dr. Shilpi Sachdeva</w:t>
      </w:r>
      <w:r w:rsidR="00295E37">
        <w:rPr>
          <w:rFonts w:ascii="Times New Roman" w:hAnsi="Times New Roman" w:cs="Times New Roman"/>
        </w:rPr>
        <w:t xml:space="preserve"> </w:t>
      </w:r>
      <w:r w:rsidR="00295E37" w:rsidRPr="008E0CD4">
        <w:rPr>
          <w:rFonts w:ascii="Times New Roman" w:hAnsi="Times New Roman" w:cs="Times New Roman"/>
        </w:rPr>
        <w:t>HOD (D.Pharmacy</w:t>
      </w:r>
      <w:r w:rsidR="00295E37">
        <w:rPr>
          <w:rFonts w:ascii="Times New Roman" w:hAnsi="Times New Roman" w:cs="Times New Roman"/>
        </w:rPr>
        <w:t>)</w:t>
      </w:r>
      <w:r w:rsidRPr="008E0CD4">
        <w:rPr>
          <w:rFonts w:ascii="Times New Roman" w:hAnsi="Times New Roman" w:cs="Times New Roman"/>
        </w:rPr>
        <w:t>.</w:t>
      </w:r>
      <w:r w:rsidRPr="008E0CD4">
        <w:rPr>
          <w:rFonts w:ascii="Times New Roman" w:hAnsi="Times New Roman" w:cs="Times New Roman"/>
        </w:rPr>
        <w:br/>
      </w:r>
    </w:p>
    <w:p w:rsidR="00DA473A" w:rsidRDefault="00DA473A" w:rsidP="00FF4034">
      <w:pPr>
        <w:spacing w:after="0"/>
        <w:rPr>
          <w:rFonts w:ascii="Times New Roman" w:hAnsi="Times New Roman" w:cs="Times New Roman"/>
        </w:rPr>
      </w:pPr>
    </w:p>
    <w:p w:rsidR="00DA473A" w:rsidRDefault="00DA473A" w:rsidP="00FF4034">
      <w:pPr>
        <w:spacing w:after="0"/>
        <w:rPr>
          <w:rFonts w:ascii="Times New Roman" w:hAnsi="Times New Roman" w:cs="Times New Roman"/>
        </w:rPr>
      </w:pPr>
    </w:p>
    <w:p w:rsidR="00DA473A" w:rsidRDefault="00DA473A" w:rsidP="00FF4034">
      <w:pPr>
        <w:spacing w:after="0"/>
        <w:rPr>
          <w:rFonts w:ascii="Times New Roman" w:hAnsi="Times New Roman" w:cs="Times New Roman"/>
        </w:rPr>
      </w:pPr>
    </w:p>
    <w:p w:rsidR="00DA473A" w:rsidRDefault="00DA473A" w:rsidP="00FF4034">
      <w:pPr>
        <w:spacing w:after="0"/>
        <w:rPr>
          <w:rFonts w:ascii="Times New Roman" w:hAnsi="Times New Roman" w:cs="Times New Roman"/>
        </w:rPr>
      </w:pPr>
    </w:p>
    <w:p w:rsidR="00DA473A" w:rsidRDefault="00DA473A" w:rsidP="00FF4034">
      <w:pPr>
        <w:spacing w:after="0"/>
        <w:rPr>
          <w:rFonts w:ascii="Times New Roman" w:hAnsi="Times New Roman" w:cs="Times New Roman"/>
        </w:rPr>
      </w:pPr>
    </w:p>
    <w:p w:rsidR="00DA473A" w:rsidRDefault="00DA473A" w:rsidP="00FF4034">
      <w:pPr>
        <w:spacing w:after="0"/>
        <w:rPr>
          <w:rFonts w:ascii="Times New Roman" w:hAnsi="Times New Roman" w:cs="Times New Roman"/>
        </w:rPr>
      </w:pPr>
    </w:p>
    <w:p w:rsidR="00DA473A" w:rsidRDefault="00DA473A" w:rsidP="00FF4034">
      <w:pPr>
        <w:spacing w:after="0"/>
        <w:rPr>
          <w:rFonts w:ascii="Times New Roman" w:hAnsi="Times New Roman" w:cs="Times New Roman"/>
        </w:rPr>
      </w:pPr>
    </w:p>
    <w:p w:rsidR="00DA473A" w:rsidRPr="008E0CD4" w:rsidRDefault="00DA473A" w:rsidP="00FF4034">
      <w:pPr>
        <w:spacing w:after="0"/>
        <w:rPr>
          <w:rFonts w:ascii="Times New Roman" w:hAnsi="Times New Roman" w:cs="Times New Roman"/>
        </w:rPr>
      </w:pPr>
      <w:r>
        <w:rPr>
          <w:rFonts w:ascii="Times New Roman" w:hAnsi="Times New Roman" w:cs="Times New Roman"/>
        </w:rPr>
        <w:t xml:space="preserve">Sports Coordinator                                     Hod’s(Signature)                           Principal(Signature)            </w:t>
      </w:r>
    </w:p>
    <w:sectPr w:rsidR="00DA473A" w:rsidRPr="008E0CD4" w:rsidSect="00864F76">
      <w:headerReference w:type="default" r:id="rId23"/>
      <w:footerReference w:type="default" r:id="rId24"/>
      <w:pgSz w:w="12240" w:h="15840"/>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00BE" w:rsidRDefault="00CF00BE" w:rsidP="00B01C93">
      <w:pPr>
        <w:spacing w:after="0" w:line="240" w:lineRule="auto"/>
      </w:pPr>
      <w:r>
        <w:separator/>
      </w:r>
    </w:p>
  </w:endnote>
  <w:endnote w:type="continuationSeparator" w:id="0">
    <w:p w:rsidR="00CF00BE" w:rsidRDefault="00CF00BE" w:rsidP="00B01C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C93" w:rsidRDefault="00B01C93">
    <w:pPr>
      <w:pStyle w:val="Footer"/>
    </w:pPr>
    <w:r>
      <w:t>Annual sports meet 2026</w:t>
    </w:r>
  </w:p>
  <w:p w:rsidR="00B01C93" w:rsidRDefault="00B01C9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00BE" w:rsidRDefault="00CF00BE" w:rsidP="00B01C93">
      <w:pPr>
        <w:spacing w:after="0" w:line="240" w:lineRule="auto"/>
      </w:pPr>
      <w:r>
        <w:separator/>
      </w:r>
    </w:p>
  </w:footnote>
  <w:footnote w:type="continuationSeparator" w:id="0">
    <w:p w:rsidR="00CF00BE" w:rsidRDefault="00CF00BE" w:rsidP="00B01C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C93" w:rsidRDefault="00B01C93">
    <w:pPr>
      <w:pStyle w:val="Header"/>
    </w:pPr>
    <w:r>
      <w:t>Sachdeva college of pharmacy Gharuan, Mohali</w:t>
    </w:r>
  </w:p>
  <w:p w:rsidR="00B01C93" w:rsidRDefault="00B01C9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FELayout/>
  </w:compat>
  <w:rsids>
    <w:rsidRoot w:val="00B47730"/>
    <w:rsid w:val="00001370"/>
    <w:rsid w:val="00034616"/>
    <w:rsid w:val="0006063C"/>
    <w:rsid w:val="00103B55"/>
    <w:rsid w:val="00124AD9"/>
    <w:rsid w:val="0015074B"/>
    <w:rsid w:val="00260112"/>
    <w:rsid w:val="00295E37"/>
    <w:rsid w:val="0029639D"/>
    <w:rsid w:val="002C4633"/>
    <w:rsid w:val="002D7108"/>
    <w:rsid w:val="00326F90"/>
    <w:rsid w:val="005C7AA0"/>
    <w:rsid w:val="006048F4"/>
    <w:rsid w:val="006237BE"/>
    <w:rsid w:val="00645AC6"/>
    <w:rsid w:val="00684D23"/>
    <w:rsid w:val="006961AE"/>
    <w:rsid w:val="007169EE"/>
    <w:rsid w:val="00864F76"/>
    <w:rsid w:val="008E0CD4"/>
    <w:rsid w:val="00A60651"/>
    <w:rsid w:val="00AA1D8D"/>
    <w:rsid w:val="00B01C93"/>
    <w:rsid w:val="00B23A06"/>
    <w:rsid w:val="00B47730"/>
    <w:rsid w:val="00C1225E"/>
    <w:rsid w:val="00C543E4"/>
    <w:rsid w:val="00C620C0"/>
    <w:rsid w:val="00CB0664"/>
    <w:rsid w:val="00CF00BE"/>
    <w:rsid w:val="00DA473A"/>
    <w:rsid w:val="00FC693F"/>
    <w:rsid w:val="00FE751C"/>
    <w:rsid w:val="00FF40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FF40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034"/>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12841186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D5DCF9-6A90-4FFE-89AA-73D5CDDDA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9</Pages>
  <Words>713</Words>
  <Characters>4069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4773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18</cp:revision>
  <dcterms:created xsi:type="dcterms:W3CDTF">2013-12-23T23:15:00Z</dcterms:created>
  <dcterms:modified xsi:type="dcterms:W3CDTF">2026-03-20T09:29:00Z</dcterms:modified>
  <cp:category/>
</cp:coreProperties>
</file>